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AC2B2" w14:textId="77777777" w:rsidR="009F32F8" w:rsidRDefault="009F32F8">
      <w:pPr>
        <w:jc w:val="center"/>
        <w:rPr>
          <w:b/>
          <w:sz w:val="24"/>
        </w:rPr>
      </w:pPr>
    </w:p>
    <w:p w14:paraId="151C06C7" w14:textId="28364349" w:rsidR="00212863" w:rsidRPr="00212863" w:rsidRDefault="00212863" w:rsidP="00212863">
      <w:pPr>
        <w:pStyle w:val="Bezodstpw"/>
        <w:jc w:val="center"/>
        <w:rPr>
          <w:rFonts w:ascii="Times New Roman" w:hAnsi="Times New Roman" w:cs="Times New Roman"/>
          <w:b/>
          <w:bCs/>
          <w:sz w:val="16"/>
          <w:szCs w:val="16"/>
          <w:lang w:eastAsia="pl-PL"/>
        </w:rPr>
      </w:pPr>
      <w:r>
        <w:rPr>
          <w:rFonts w:ascii="Times New Roman" w:hAnsi="Times New Roman" w:cs="Times New Roman"/>
          <w:b/>
          <w:bCs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212863">
        <w:rPr>
          <w:rFonts w:ascii="Times New Roman" w:hAnsi="Times New Roman" w:cs="Times New Roman"/>
          <w:b/>
          <w:bCs/>
          <w:sz w:val="16"/>
          <w:szCs w:val="16"/>
          <w:lang w:eastAsia="pl-PL"/>
        </w:rPr>
        <w:t>ZAŁĄCZNIK NR 1</w:t>
      </w:r>
    </w:p>
    <w:p w14:paraId="6F3CCA52" w14:textId="04D21E0D" w:rsidR="00212863" w:rsidRPr="00212863" w:rsidRDefault="00212863" w:rsidP="00212863">
      <w:pPr>
        <w:pStyle w:val="Bezodstpw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proofErr w:type="spellStart"/>
      <w:r w:rsidRPr="00212863">
        <w:rPr>
          <w:rFonts w:ascii="Times New Roman" w:hAnsi="Times New Roman" w:cs="Times New Roman"/>
          <w:b/>
          <w:bCs/>
          <w:sz w:val="16"/>
          <w:szCs w:val="16"/>
        </w:rPr>
        <w:t>do</w:t>
      </w:r>
      <w:proofErr w:type="spellEnd"/>
      <w:r w:rsidRPr="00212863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proofErr w:type="spellStart"/>
      <w:r w:rsidRPr="00212863">
        <w:rPr>
          <w:rFonts w:ascii="Times New Roman" w:hAnsi="Times New Roman" w:cs="Times New Roman"/>
          <w:b/>
          <w:bCs/>
          <w:sz w:val="16"/>
          <w:szCs w:val="16"/>
        </w:rPr>
        <w:t>Regulami</w:t>
      </w:r>
      <w:r w:rsidR="00AF34AE">
        <w:rPr>
          <w:rFonts w:ascii="Times New Roman" w:hAnsi="Times New Roman" w:cs="Times New Roman"/>
          <w:b/>
          <w:bCs/>
          <w:sz w:val="16"/>
          <w:szCs w:val="16"/>
        </w:rPr>
        <w:t>nu</w:t>
      </w:r>
      <w:proofErr w:type="spellEnd"/>
      <w:r w:rsidR="00AF34AE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proofErr w:type="spellStart"/>
      <w:r w:rsidR="00AF34AE">
        <w:rPr>
          <w:rFonts w:ascii="Times New Roman" w:hAnsi="Times New Roman" w:cs="Times New Roman"/>
          <w:b/>
          <w:bCs/>
          <w:sz w:val="16"/>
          <w:szCs w:val="16"/>
        </w:rPr>
        <w:t>rekrutacji</w:t>
      </w:r>
      <w:proofErr w:type="spellEnd"/>
      <w:r w:rsidR="00AF34AE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proofErr w:type="spellStart"/>
      <w:r w:rsidR="00AF34AE">
        <w:rPr>
          <w:rFonts w:ascii="Times New Roman" w:hAnsi="Times New Roman" w:cs="Times New Roman"/>
          <w:b/>
          <w:bCs/>
          <w:sz w:val="16"/>
          <w:szCs w:val="16"/>
        </w:rPr>
        <w:t>i</w:t>
      </w:r>
      <w:proofErr w:type="spellEnd"/>
      <w:r w:rsidR="00AF34AE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proofErr w:type="spellStart"/>
      <w:r w:rsidR="00AF34AE">
        <w:rPr>
          <w:rFonts w:ascii="Times New Roman" w:hAnsi="Times New Roman" w:cs="Times New Roman"/>
          <w:b/>
          <w:bCs/>
          <w:sz w:val="16"/>
          <w:szCs w:val="16"/>
        </w:rPr>
        <w:t>uczestnictwa</w:t>
      </w:r>
      <w:proofErr w:type="spellEnd"/>
      <w:r w:rsidR="00AF34AE">
        <w:rPr>
          <w:rFonts w:ascii="Times New Roman" w:hAnsi="Times New Roman" w:cs="Times New Roman"/>
          <w:b/>
          <w:bCs/>
          <w:sz w:val="16"/>
          <w:szCs w:val="16"/>
        </w:rPr>
        <w:t xml:space="preserve"> w </w:t>
      </w:r>
      <w:proofErr w:type="spellStart"/>
      <w:r w:rsidR="00AF34AE">
        <w:rPr>
          <w:rFonts w:ascii="Times New Roman" w:hAnsi="Times New Roman" w:cs="Times New Roman"/>
          <w:b/>
          <w:bCs/>
          <w:sz w:val="16"/>
          <w:szCs w:val="16"/>
        </w:rPr>
        <w:t>p</w:t>
      </w:r>
      <w:r w:rsidRPr="00212863">
        <w:rPr>
          <w:rFonts w:ascii="Times New Roman" w:hAnsi="Times New Roman" w:cs="Times New Roman"/>
          <w:b/>
          <w:bCs/>
          <w:sz w:val="16"/>
          <w:szCs w:val="16"/>
        </w:rPr>
        <w:t>rojekcie</w:t>
      </w:r>
      <w:proofErr w:type="spellEnd"/>
    </w:p>
    <w:p w14:paraId="2A0CC406" w14:textId="77777777" w:rsidR="009F32F8" w:rsidRDefault="009F32F8">
      <w:pPr>
        <w:jc w:val="center"/>
        <w:rPr>
          <w:b/>
          <w:sz w:val="24"/>
        </w:rPr>
      </w:pPr>
    </w:p>
    <w:p w14:paraId="5783B5B6" w14:textId="47ABEF6B" w:rsidR="009B5023" w:rsidRPr="004F0FEF" w:rsidRDefault="00E465B2">
      <w:pPr>
        <w:jc w:val="center"/>
        <w:rPr>
          <w:rFonts w:ascii="Times New Roman" w:hAnsi="Times New Roman" w:cs="Times New Roman"/>
          <w:sz w:val="28"/>
          <w:szCs w:val="28"/>
        </w:rPr>
      </w:pPr>
      <w:r w:rsidRPr="004F0FEF">
        <w:rPr>
          <w:rFonts w:ascii="Times New Roman" w:hAnsi="Times New Roman" w:cs="Times New Roman"/>
          <w:b/>
          <w:sz w:val="28"/>
          <w:szCs w:val="28"/>
        </w:rPr>
        <w:t>FORMULARZ ZGŁOSZENIOWY I DEKLARACJA UCZESTNICTWA</w:t>
      </w:r>
    </w:p>
    <w:p w14:paraId="72DEEC6B" w14:textId="77777777" w:rsidR="009B5023" w:rsidRDefault="00E465B2" w:rsidP="00DF4584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38AE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Pr="00F838AE">
        <w:rPr>
          <w:rFonts w:ascii="Times New Roman" w:hAnsi="Times New Roman" w:cs="Times New Roman"/>
          <w:sz w:val="24"/>
          <w:szCs w:val="24"/>
        </w:rPr>
        <w:t>projekcie</w:t>
      </w:r>
      <w:proofErr w:type="spellEnd"/>
      <w:r w:rsidRPr="00F838AE">
        <w:rPr>
          <w:rFonts w:ascii="Times New Roman" w:hAnsi="Times New Roman" w:cs="Times New Roman"/>
          <w:sz w:val="24"/>
          <w:szCs w:val="24"/>
        </w:rPr>
        <w:t xml:space="preserve"> </w:t>
      </w:r>
      <w:r w:rsidRPr="00F838AE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Pr="00F838AE">
        <w:rPr>
          <w:rFonts w:ascii="Times New Roman" w:hAnsi="Times New Roman" w:cs="Times New Roman"/>
          <w:b/>
          <w:bCs/>
          <w:sz w:val="24"/>
          <w:szCs w:val="24"/>
        </w:rPr>
        <w:t>Poprawa</w:t>
      </w:r>
      <w:proofErr w:type="spellEnd"/>
      <w:r w:rsidRPr="00F838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38AE">
        <w:rPr>
          <w:rFonts w:ascii="Times New Roman" w:hAnsi="Times New Roman" w:cs="Times New Roman"/>
          <w:b/>
          <w:bCs/>
          <w:sz w:val="24"/>
          <w:szCs w:val="24"/>
        </w:rPr>
        <w:t>oferty</w:t>
      </w:r>
      <w:proofErr w:type="spellEnd"/>
      <w:r w:rsidRPr="00F838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38AE">
        <w:rPr>
          <w:rFonts w:ascii="Times New Roman" w:hAnsi="Times New Roman" w:cs="Times New Roman"/>
          <w:b/>
          <w:bCs/>
          <w:sz w:val="24"/>
          <w:szCs w:val="24"/>
        </w:rPr>
        <w:t>edukacyjnej</w:t>
      </w:r>
      <w:proofErr w:type="spellEnd"/>
      <w:r w:rsidRPr="00F838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38AE">
        <w:rPr>
          <w:rFonts w:ascii="Times New Roman" w:hAnsi="Times New Roman" w:cs="Times New Roman"/>
          <w:b/>
          <w:bCs/>
          <w:sz w:val="24"/>
          <w:szCs w:val="24"/>
        </w:rPr>
        <w:t>przedszkoli</w:t>
      </w:r>
      <w:proofErr w:type="spellEnd"/>
      <w:r w:rsidRPr="00F838AE">
        <w:rPr>
          <w:rFonts w:ascii="Times New Roman" w:hAnsi="Times New Roman" w:cs="Times New Roman"/>
          <w:b/>
          <w:bCs/>
          <w:sz w:val="24"/>
          <w:szCs w:val="24"/>
        </w:rPr>
        <w:t xml:space="preserve"> w </w:t>
      </w:r>
      <w:proofErr w:type="spellStart"/>
      <w:r w:rsidRPr="00F838AE">
        <w:rPr>
          <w:rFonts w:ascii="Times New Roman" w:hAnsi="Times New Roman" w:cs="Times New Roman"/>
          <w:b/>
          <w:bCs/>
          <w:sz w:val="24"/>
          <w:szCs w:val="24"/>
        </w:rPr>
        <w:t>Gminie</w:t>
      </w:r>
      <w:proofErr w:type="spellEnd"/>
      <w:r w:rsidRPr="00F838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38AE">
        <w:rPr>
          <w:rFonts w:ascii="Times New Roman" w:hAnsi="Times New Roman" w:cs="Times New Roman"/>
          <w:b/>
          <w:bCs/>
          <w:sz w:val="24"/>
          <w:szCs w:val="24"/>
        </w:rPr>
        <w:t>Skrzyszów</w:t>
      </w:r>
      <w:proofErr w:type="spellEnd"/>
      <w:r w:rsidRPr="00F838AE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68143BDD" w14:textId="77777777" w:rsidR="00FC70AC" w:rsidRPr="00A008A2" w:rsidRDefault="00FC70AC" w:rsidP="00FC70AC">
      <w:pPr>
        <w:pStyle w:val="Bezodstpw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Nr </w:t>
      </w:r>
      <w:proofErr w:type="spellStart"/>
      <w:r>
        <w:rPr>
          <w:rFonts w:ascii="Times New Roman" w:hAnsi="Times New Roman" w:cs="Times New Roman"/>
          <w:b/>
          <w:bCs/>
        </w:rPr>
        <w:t>projektu</w:t>
      </w:r>
      <w:proofErr w:type="spellEnd"/>
      <w:r>
        <w:rPr>
          <w:rFonts w:ascii="Times New Roman" w:hAnsi="Times New Roman" w:cs="Times New Roman"/>
          <w:b/>
          <w:bCs/>
        </w:rPr>
        <w:t xml:space="preserve"> FEMP.06.29-IP.01-0551/25</w:t>
      </w:r>
    </w:p>
    <w:p w14:paraId="3A7C86E9" w14:textId="6C1EFAAB" w:rsidR="002D16C6" w:rsidRPr="00F838AE" w:rsidRDefault="00E465B2" w:rsidP="00FC70AC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838AE">
        <w:rPr>
          <w:rFonts w:ascii="Times New Roman" w:hAnsi="Times New Roman" w:cs="Times New Roman"/>
          <w:i/>
          <w:sz w:val="24"/>
          <w:szCs w:val="24"/>
        </w:rPr>
        <w:t>Fundusze</w:t>
      </w:r>
      <w:proofErr w:type="spellEnd"/>
      <w:r w:rsidRPr="00F838A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838AE">
        <w:rPr>
          <w:rFonts w:ascii="Times New Roman" w:hAnsi="Times New Roman" w:cs="Times New Roman"/>
          <w:i/>
          <w:sz w:val="24"/>
          <w:szCs w:val="24"/>
        </w:rPr>
        <w:t>Europejskie</w:t>
      </w:r>
      <w:proofErr w:type="spellEnd"/>
      <w:r w:rsidRPr="00F838A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838AE">
        <w:rPr>
          <w:rFonts w:ascii="Times New Roman" w:hAnsi="Times New Roman" w:cs="Times New Roman"/>
          <w:i/>
          <w:sz w:val="24"/>
          <w:szCs w:val="24"/>
        </w:rPr>
        <w:t>dla</w:t>
      </w:r>
      <w:proofErr w:type="spellEnd"/>
      <w:r w:rsidRPr="00F838A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838AE">
        <w:rPr>
          <w:rFonts w:ascii="Times New Roman" w:hAnsi="Times New Roman" w:cs="Times New Roman"/>
          <w:i/>
          <w:sz w:val="24"/>
          <w:szCs w:val="24"/>
        </w:rPr>
        <w:t>Małopolski</w:t>
      </w:r>
      <w:proofErr w:type="spellEnd"/>
      <w:r w:rsidRPr="00F838AE">
        <w:rPr>
          <w:rFonts w:ascii="Times New Roman" w:hAnsi="Times New Roman" w:cs="Times New Roman"/>
          <w:i/>
          <w:sz w:val="24"/>
          <w:szCs w:val="24"/>
        </w:rPr>
        <w:t xml:space="preserve"> 2021–2027 | </w:t>
      </w:r>
      <w:proofErr w:type="spellStart"/>
      <w:r w:rsidRPr="00F838AE">
        <w:rPr>
          <w:rFonts w:ascii="Times New Roman" w:hAnsi="Times New Roman" w:cs="Times New Roman"/>
          <w:i/>
          <w:sz w:val="24"/>
          <w:szCs w:val="24"/>
        </w:rPr>
        <w:t>Działanie</w:t>
      </w:r>
      <w:proofErr w:type="spellEnd"/>
      <w:r w:rsidRPr="00F838AE">
        <w:rPr>
          <w:rFonts w:ascii="Times New Roman" w:hAnsi="Times New Roman" w:cs="Times New Roman"/>
          <w:i/>
          <w:sz w:val="24"/>
          <w:szCs w:val="24"/>
        </w:rPr>
        <w:t xml:space="preserve"> 6.29 | EFS+</w:t>
      </w:r>
    </w:p>
    <w:p w14:paraId="792DD548" w14:textId="77777777" w:rsidR="005A35A8" w:rsidRPr="00F838AE" w:rsidRDefault="002D16C6" w:rsidP="00DF4584">
      <w:pPr>
        <w:pStyle w:val="Bezodstpw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realizowanego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w 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ramach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programu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Fundusze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Europejskie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dla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Małopolski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2021–2027,</w:t>
      </w:r>
    </w:p>
    <w:p w14:paraId="5E5D582C" w14:textId="77777777" w:rsidR="005A35A8" w:rsidRPr="00F838AE" w:rsidRDefault="002D16C6" w:rsidP="00DF4584">
      <w:pPr>
        <w:pStyle w:val="Bezodstpw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Priorytet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6 „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Fundusze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europejskie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dla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rynku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pracy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edukacji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i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włączenia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społecznego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”, </w:t>
      </w:r>
    </w:p>
    <w:p w14:paraId="7DCE8F1D" w14:textId="0A194442" w:rsidR="005A35A8" w:rsidRPr="00F838AE" w:rsidRDefault="002D16C6" w:rsidP="00DF4584">
      <w:pPr>
        <w:pStyle w:val="Bezodstpw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Działanie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6.29 „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Wsparcie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wychowania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przedszkolnego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– ZIT”</w:t>
      </w:r>
      <w:r w:rsidR="003B5764" w:rsidRPr="00F838AE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565063CC" w14:textId="1A8ADB24" w:rsidR="002D16C6" w:rsidRPr="00F838AE" w:rsidRDefault="002D16C6" w:rsidP="00DF4584">
      <w:pPr>
        <w:pStyle w:val="Bezodstpw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współfinansowanego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ze 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środków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Europejskiego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Funduszu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838AE">
        <w:rPr>
          <w:rFonts w:ascii="Times New Roman" w:hAnsi="Times New Roman" w:cs="Times New Roman"/>
          <w:sz w:val="24"/>
          <w:szCs w:val="24"/>
          <w:lang w:eastAsia="pl-PL"/>
        </w:rPr>
        <w:t>Społecznego</w:t>
      </w:r>
      <w:proofErr w:type="spellEnd"/>
      <w:r w:rsidRPr="00F838AE">
        <w:rPr>
          <w:rFonts w:ascii="Times New Roman" w:hAnsi="Times New Roman" w:cs="Times New Roman"/>
          <w:sz w:val="24"/>
          <w:szCs w:val="24"/>
          <w:lang w:eastAsia="pl-PL"/>
        </w:rPr>
        <w:t xml:space="preserve"> Plus (EFS+).</w:t>
      </w:r>
    </w:p>
    <w:p w14:paraId="39428450" w14:textId="77777777" w:rsidR="00DC6C31" w:rsidRPr="00F838AE" w:rsidRDefault="00DC6C31" w:rsidP="003B576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66"/>
      </w:tblGrid>
      <w:tr w:rsidR="009B5023" w:rsidRPr="007C3BB5" w14:paraId="5148B3A8" w14:textId="77777777" w:rsidTr="00FC70AC">
        <w:trPr>
          <w:jc w:val="center"/>
        </w:trPr>
        <w:tc>
          <w:tcPr>
            <w:tcW w:w="10766" w:type="dxa"/>
            <w:vAlign w:val="center"/>
          </w:tcPr>
          <w:p w14:paraId="4D54A160" w14:textId="42BFADCD" w:rsidR="009B5023" w:rsidRPr="007C3BB5" w:rsidRDefault="00E465B2" w:rsidP="0025027E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BB5">
              <w:rPr>
                <w:rFonts w:ascii="Times New Roman" w:hAnsi="Times New Roman" w:cs="Times New Roman"/>
                <w:b/>
                <w:sz w:val="24"/>
                <w:szCs w:val="24"/>
              </w:rPr>
              <w:t>DANE DZIECKA</w:t>
            </w:r>
          </w:p>
          <w:p w14:paraId="1E3ACFF5" w14:textId="77777777" w:rsidR="0025027E" w:rsidRPr="007C3BB5" w:rsidRDefault="0025027E" w:rsidP="0025027E">
            <w:pPr>
              <w:pStyle w:val="Akapitzlis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6520"/>
      </w:tblGrid>
      <w:tr w:rsidR="009B5023" w:rsidRPr="007C3BB5" w14:paraId="083E231A" w14:textId="77777777" w:rsidTr="006D1110">
        <w:trPr>
          <w:trHeight w:val="362"/>
          <w:jc w:val="center"/>
        </w:trPr>
        <w:tc>
          <w:tcPr>
            <w:tcW w:w="3118" w:type="dxa"/>
          </w:tcPr>
          <w:p w14:paraId="6D212313" w14:textId="77777777" w:rsidR="009B5023" w:rsidRPr="007C3BB5" w:rsidRDefault="00E4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BB5">
              <w:rPr>
                <w:rFonts w:ascii="Times New Roman" w:hAnsi="Times New Roman" w:cs="Times New Roman"/>
                <w:sz w:val="24"/>
                <w:szCs w:val="24"/>
              </w:rPr>
              <w:t>Imię</w:t>
            </w:r>
            <w:proofErr w:type="spellEnd"/>
            <w:r w:rsidRPr="007C3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BB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7C3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BB5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  <w:proofErr w:type="spellEnd"/>
          </w:p>
        </w:tc>
        <w:tc>
          <w:tcPr>
            <w:tcW w:w="6520" w:type="dxa"/>
          </w:tcPr>
          <w:p w14:paraId="2B4B7116" w14:textId="7C6E13E1" w:rsidR="009B5023" w:rsidRPr="007C3BB5" w:rsidRDefault="009B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023" w:rsidRPr="007C3BB5" w14:paraId="440FD72E" w14:textId="77777777" w:rsidTr="006D1110">
        <w:trPr>
          <w:trHeight w:val="410"/>
          <w:jc w:val="center"/>
        </w:trPr>
        <w:tc>
          <w:tcPr>
            <w:tcW w:w="3118" w:type="dxa"/>
          </w:tcPr>
          <w:p w14:paraId="52D54235" w14:textId="77777777" w:rsidR="009B5023" w:rsidRPr="007C3BB5" w:rsidRDefault="00E4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B5">
              <w:rPr>
                <w:rFonts w:ascii="Times New Roman" w:hAnsi="Times New Roman" w:cs="Times New Roman"/>
                <w:sz w:val="24"/>
                <w:szCs w:val="24"/>
              </w:rPr>
              <w:t xml:space="preserve">PESEL / data </w:t>
            </w:r>
            <w:proofErr w:type="spellStart"/>
            <w:r w:rsidRPr="007C3BB5">
              <w:rPr>
                <w:rFonts w:ascii="Times New Roman" w:hAnsi="Times New Roman" w:cs="Times New Roman"/>
                <w:sz w:val="24"/>
                <w:szCs w:val="24"/>
              </w:rPr>
              <w:t>urodzenia</w:t>
            </w:r>
            <w:proofErr w:type="spellEnd"/>
          </w:p>
        </w:tc>
        <w:tc>
          <w:tcPr>
            <w:tcW w:w="6520" w:type="dxa"/>
          </w:tcPr>
          <w:p w14:paraId="5A59DA12" w14:textId="572F2E18" w:rsidR="00DF10A0" w:rsidRPr="007C3BB5" w:rsidRDefault="00DF1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31" w:rsidRPr="007C3BB5" w14:paraId="321AB7B6" w14:textId="77777777" w:rsidTr="006D1110">
        <w:trPr>
          <w:trHeight w:val="410"/>
          <w:jc w:val="center"/>
        </w:trPr>
        <w:tc>
          <w:tcPr>
            <w:tcW w:w="3118" w:type="dxa"/>
          </w:tcPr>
          <w:p w14:paraId="3D471B74" w14:textId="4578E285" w:rsidR="00291231" w:rsidRPr="007C3BB5" w:rsidRDefault="0029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Obywatelstwo</w:t>
            </w:r>
            <w:proofErr w:type="spellEnd"/>
          </w:p>
        </w:tc>
        <w:tc>
          <w:tcPr>
            <w:tcW w:w="6520" w:type="dxa"/>
          </w:tcPr>
          <w:p w14:paraId="6BF50702" w14:textId="77777777" w:rsidR="00291231" w:rsidRPr="007C3BB5" w:rsidRDefault="00291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023" w:rsidRPr="007C3BB5" w14:paraId="30D66E9D" w14:textId="77777777" w:rsidTr="006D1110">
        <w:trPr>
          <w:trHeight w:val="416"/>
          <w:jc w:val="center"/>
        </w:trPr>
        <w:tc>
          <w:tcPr>
            <w:tcW w:w="3118" w:type="dxa"/>
          </w:tcPr>
          <w:p w14:paraId="55C92395" w14:textId="0F2A6F0E" w:rsidR="009B5023" w:rsidRPr="00185F71" w:rsidRDefault="00E465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F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Adres </w:t>
            </w:r>
            <w:proofErr w:type="spellStart"/>
            <w:r w:rsidRPr="00185F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zamieszkania</w:t>
            </w:r>
            <w:proofErr w:type="spellEnd"/>
          </w:p>
          <w:p w14:paraId="2066EBB7" w14:textId="77777777" w:rsidR="00185F71" w:rsidRDefault="00185F71" w:rsidP="0018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Województwo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76D8F98" w14:textId="77777777" w:rsidR="00185F71" w:rsidRDefault="00185F71" w:rsidP="0018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Powiat:</w:t>
            </w:r>
          </w:p>
          <w:p w14:paraId="312A71F7" w14:textId="77777777" w:rsidR="00185F71" w:rsidRDefault="00185F71" w:rsidP="0018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Gmina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462EFF7" w14:textId="77777777" w:rsidR="00185F71" w:rsidRDefault="00185F71" w:rsidP="0018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Miejscowość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EBED61B" w14:textId="229CAB67" w:rsidR="00185F71" w:rsidRPr="007C3BB5" w:rsidRDefault="00185F71" w:rsidP="00185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pocztowy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0" w:type="dxa"/>
          </w:tcPr>
          <w:p w14:paraId="6A288DD7" w14:textId="4E3279B5" w:rsidR="00C83A88" w:rsidRPr="007C3BB5" w:rsidRDefault="00C83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023" w:rsidRPr="007C3BB5" w14:paraId="7444E2D7" w14:textId="77777777" w:rsidTr="006D1110">
        <w:trPr>
          <w:trHeight w:val="458"/>
          <w:jc w:val="center"/>
        </w:trPr>
        <w:tc>
          <w:tcPr>
            <w:tcW w:w="3118" w:type="dxa"/>
          </w:tcPr>
          <w:p w14:paraId="2D5E3A07" w14:textId="4768C9E0" w:rsidR="009B5023" w:rsidRPr="007C3BB5" w:rsidRDefault="00E4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BB5">
              <w:rPr>
                <w:rFonts w:ascii="Times New Roman" w:hAnsi="Times New Roman" w:cs="Times New Roman"/>
                <w:sz w:val="24"/>
                <w:szCs w:val="24"/>
              </w:rPr>
              <w:t>Przedszkole</w:t>
            </w:r>
            <w:proofErr w:type="spellEnd"/>
            <w:r w:rsidR="007C3BB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7C3BB5">
              <w:rPr>
                <w:rFonts w:ascii="Times New Roman" w:hAnsi="Times New Roman" w:cs="Times New Roman"/>
                <w:sz w:val="24"/>
                <w:szCs w:val="24"/>
              </w:rPr>
              <w:t>oddział</w:t>
            </w:r>
            <w:proofErr w:type="spellEnd"/>
            <w:r w:rsidR="00775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3BB5">
              <w:rPr>
                <w:rFonts w:ascii="Times New Roman" w:hAnsi="Times New Roman" w:cs="Times New Roman"/>
                <w:sz w:val="24"/>
                <w:szCs w:val="24"/>
              </w:rPr>
              <w:t>przedszkolny</w:t>
            </w:r>
            <w:proofErr w:type="spellEnd"/>
            <w:r w:rsidR="007C3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5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75545">
              <w:rPr>
                <w:rFonts w:ascii="Times New Roman" w:hAnsi="Times New Roman" w:cs="Times New Roman"/>
                <w:sz w:val="24"/>
                <w:szCs w:val="24"/>
              </w:rPr>
              <w:t>miejscowość</w:t>
            </w:r>
            <w:proofErr w:type="spellEnd"/>
            <w:r w:rsidR="007755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20" w:type="dxa"/>
          </w:tcPr>
          <w:p w14:paraId="433CA2A0" w14:textId="77777777" w:rsidR="00775545" w:rsidRDefault="00E4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C3BB5">
              <w:rPr>
                <w:rFonts w:ascii="Times New Roman" w:hAnsi="Times New Roman" w:cs="Times New Roman"/>
                <w:sz w:val="24"/>
                <w:szCs w:val="24"/>
              </w:rPr>
              <w:t xml:space="preserve"> Skrzyszów   </w:t>
            </w:r>
            <w:r w:rsidRPr="007C3B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C3BB5">
              <w:rPr>
                <w:rFonts w:ascii="Times New Roman" w:hAnsi="Times New Roman" w:cs="Times New Roman"/>
                <w:sz w:val="24"/>
                <w:szCs w:val="24"/>
              </w:rPr>
              <w:t xml:space="preserve"> Ładna   </w:t>
            </w:r>
            <w:r w:rsidRPr="007C3B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C3BB5">
              <w:rPr>
                <w:rFonts w:ascii="Times New Roman" w:hAnsi="Times New Roman" w:cs="Times New Roman"/>
                <w:sz w:val="24"/>
                <w:szCs w:val="24"/>
              </w:rPr>
              <w:t xml:space="preserve"> Łękawica   </w:t>
            </w:r>
            <w:r w:rsidRPr="007C3B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C3BB5">
              <w:rPr>
                <w:rFonts w:ascii="Times New Roman" w:hAnsi="Times New Roman" w:cs="Times New Roman"/>
                <w:sz w:val="24"/>
                <w:szCs w:val="24"/>
              </w:rPr>
              <w:t xml:space="preserve"> Szynwałd </w:t>
            </w:r>
          </w:p>
          <w:p w14:paraId="12E4F2D7" w14:textId="4964570C" w:rsidR="009B5023" w:rsidRPr="007C3BB5" w:rsidRDefault="00E4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B5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C3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BB5">
              <w:rPr>
                <w:rFonts w:ascii="Times New Roman" w:hAnsi="Times New Roman" w:cs="Times New Roman"/>
                <w:sz w:val="24"/>
                <w:szCs w:val="24"/>
              </w:rPr>
              <w:t>Pogórska</w:t>
            </w:r>
            <w:proofErr w:type="spellEnd"/>
            <w:r w:rsidRPr="007C3BB5">
              <w:rPr>
                <w:rFonts w:ascii="Times New Roman" w:hAnsi="Times New Roman" w:cs="Times New Roman"/>
                <w:sz w:val="24"/>
                <w:szCs w:val="24"/>
              </w:rPr>
              <w:t xml:space="preserve"> Wola</w:t>
            </w:r>
          </w:p>
        </w:tc>
      </w:tr>
      <w:tr w:rsidR="006D1110" w:rsidRPr="007C3BB5" w14:paraId="11876EC3" w14:textId="77777777" w:rsidTr="006D1110">
        <w:trPr>
          <w:trHeight w:val="458"/>
          <w:jc w:val="center"/>
        </w:trPr>
        <w:tc>
          <w:tcPr>
            <w:tcW w:w="3118" w:type="dxa"/>
          </w:tcPr>
          <w:p w14:paraId="7BF5E585" w14:textId="03CAA7DB" w:rsidR="006D1110" w:rsidRPr="007C3BB5" w:rsidRDefault="006D1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B5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6520" w:type="dxa"/>
          </w:tcPr>
          <w:p w14:paraId="237318B4" w14:textId="77777777" w:rsidR="006D1110" w:rsidRPr="007C3BB5" w:rsidRDefault="006D1110">
            <w:pPr>
              <w:rPr>
                <w:rFonts w:ascii="Segoe UI Symbol" w:hAnsi="Segoe UI Symbol" w:cs="Segoe UI Symbol"/>
                <w:sz w:val="24"/>
                <w:szCs w:val="24"/>
              </w:rPr>
            </w:pP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66"/>
      </w:tblGrid>
      <w:tr w:rsidR="009B5023" w:rsidRPr="007C3BB5" w14:paraId="203B6E55" w14:textId="77777777" w:rsidTr="00FC70AC">
        <w:trPr>
          <w:jc w:val="center"/>
        </w:trPr>
        <w:tc>
          <w:tcPr>
            <w:tcW w:w="10766" w:type="dxa"/>
            <w:vAlign w:val="center"/>
          </w:tcPr>
          <w:p w14:paraId="1017FA3E" w14:textId="02E7E5F5" w:rsidR="009B5023" w:rsidRPr="007C3BB5" w:rsidRDefault="00E465B2" w:rsidP="0025027E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BB5">
              <w:rPr>
                <w:rFonts w:ascii="Times New Roman" w:hAnsi="Times New Roman" w:cs="Times New Roman"/>
                <w:b/>
                <w:sz w:val="24"/>
                <w:szCs w:val="24"/>
              </w:rPr>
              <w:t>DANE RODZICA / OPIEKUNA PRAWNEGO</w:t>
            </w:r>
          </w:p>
          <w:p w14:paraId="3710F2B2" w14:textId="77777777" w:rsidR="0025027E" w:rsidRPr="007C3BB5" w:rsidRDefault="0025027E" w:rsidP="0025027E">
            <w:pPr>
              <w:pStyle w:val="Akapitzlist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6520"/>
      </w:tblGrid>
      <w:tr w:rsidR="009B5023" w:rsidRPr="007C3BB5" w14:paraId="4DE9203D" w14:textId="77777777" w:rsidTr="002801F0">
        <w:trPr>
          <w:trHeight w:val="494"/>
          <w:jc w:val="center"/>
        </w:trPr>
        <w:tc>
          <w:tcPr>
            <w:tcW w:w="3118" w:type="dxa"/>
          </w:tcPr>
          <w:p w14:paraId="23047A4A" w14:textId="77777777" w:rsidR="009B5023" w:rsidRPr="007C3BB5" w:rsidRDefault="00E4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BB5">
              <w:rPr>
                <w:rFonts w:ascii="Times New Roman" w:hAnsi="Times New Roman" w:cs="Times New Roman"/>
                <w:sz w:val="24"/>
                <w:szCs w:val="24"/>
              </w:rPr>
              <w:t>Imię</w:t>
            </w:r>
            <w:proofErr w:type="spellEnd"/>
            <w:r w:rsidRPr="007C3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BB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7C3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BB5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  <w:proofErr w:type="spellEnd"/>
          </w:p>
        </w:tc>
        <w:tc>
          <w:tcPr>
            <w:tcW w:w="6520" w:type="dxa"/>
          </w:tcPr>
          <w:p w14:paraId="7DD42054" w14:textId="79EE17D7" w:rsidR="009B5023" w:rsidRPr="007C3BB5" w:rsidRDefault="009B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023" w:rsidRPr="007C3BB5" w14:paraId="58FB7A41" w14:textId="77777777" w:rsidTr="0025027E">
        <w:trPr>
          <w:trHeight w:val="388"/>
          <w:jc w:val="center"/>
        </w:trPr>
        <w:tc>
          <w:tcPr>
            <w:tcW w:w="3118" w:type="dxa"/>
          </w:tcPr>
          <w:p w14:paraId="0386A964" w14:textId="77777777" w:rsidR="009B5023" w:rsidRPr="007C3BB5" w:rsidRDefault="00E4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BB5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  <w:r w:rsidRPr="007C3BB5">
              <w:rPr>
                <w:rFonts w:ascii="Times New Roman" w:hAnsi="Times New Roman" w:cs="Times New Roman"/>
                <w:sz w:val="24"/>
                <w:szCs w:val="24"/>
              </w:rPr>
              <w:t xml:space="preserve"> / e-mail</w:t>
            </w:r>
          </w:p>
        </w:tc>
        <w:tc>
          <w:tcPr>
            <w:tcW w:w="6520" w:type="dxa"/>
          </w:tcPr>
          <w:p w14:paraId="601D2403" w14:textId="51D643EB" w:rsidR="009B5023" w:rsidRPr="007C3BB5" w:rsidRDefault="009B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66"/>
      </w:tblGrid>
      <w:tr w:rsidR="009B5023" w:rsidRPr="007C3BB5" w14:paraId="5A4D2CC9" w14:textId="77777777" w:rsidTr="00FC70AC">
        <w:trPr>
          <w:jc w:val="center"/>
        </w:trPr>
        <w:tc>
          <w:tcPr>
            <w:tcW w:w="10766" w:type="dxa"/>
            <w:vAlign w:val="center"/>
          </w:tcPr>
          <w:p w14:paraId="29B065C7" w14:textId="77777777" w:rsidR="00556B1E" w:rsidRPr="007C3BB5" w:rsidRDefault="00556B1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8DF06C" w14:textId="7ED9E458" w:rsidR="0025027E" w:rsidRPr="007C3BB5" w:rsidRDefault="00E465B2" w:rsidP="0025027E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BB5">
              <w:rPr>
                <w:rFonts w:ascii="Times New Roman" w:hAnsi="Times New Roman" w:cs="Times New Roman"/>
                <w:b/>
                <w:sz w:val="24"/>
                <w:szCs w:val="24"/>
              </w:rPr>
              <w:t>OŚWIADCZENIA I DEKLARACJA</w:t>
            </w:r>
          </w:p>
        </w:tc>
      </w:tr>
    </w:tbl>
    <w:p w14:paraId="6EB3ECFF" w14:textId="77777777" w:rsidR="007579E1" w:rsidRPr="007C3BB5" w:rsidRDefault="007579E1">
      <w:pPr>
        <w:spacing w:after="40"/>
        <w:rPr>
          <w:rFonts w:ascii="Times New Roman" w:hAnsi="Times New Roman" w:cs="Times New Roman"/>
          <w:b/>
          <w:sz w:val="24"/>
          <w:szCs w:val="24"/>
        </w:rPr>
      </w:pPr>
    </w:p>
    <w:p w14:paraId="5DBBF4C8" w14:textId="7D317DCC" w:rsidR="009B5023" w:rsidRPr="007C3BB5" w:rsidRDefault="00E465B2">
      <w:pPr>
        <w:spacing w:after="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3BB5">
        <w:rPr>
          <w:rFonts w:ascii="Times New Roman" w:hAnsi="Times New Roman" w:cs="Times New Roman"/>
          <w:b/>
          <w:sz w:val="24"/>
          <w:szCs w:val="24"/>
        </w:rPr>
        <w:t>Oświadczam</w:t>
      </w:r>
      <w:proofErr w:type="spellEnd"/>
      <w:r w:rsidRPr="007C3BB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C3BB5">
        <w:rPr>
          <w:rFonts w:ascii="Times New Roman" w:hAnsi="Times New Roman" w:cs="Times New Roman"/>
          <w:b/>
          <w:sz w:val="24"/>
          <w:szCs w:val="24"/>
        </w:rPr>
        <w:t>że</w:t>
      </w:r>
      <w:proofErr w:type="spellEnd"/>
      <w:r w:rsidRPr="007C3BB5">
        <w:rPr>
          <w:rFonts w:ascii="Times New Roman" w:hAnsi="Times New Roman" w:cs="Times New Roman"/>
          <w:b/>
          <w:sz w:val="24"/>
          <w:szCs w:val="24"/>
        </w:rPr>
        <w:t>:</w:t>
      </w:r>
    </w:p>
    <w:p w14:paraId="35E7C0C7" w14:textId="77777777" w:rsidR="00F6227F" w:rsidRPr="007C3BB5" w:rsidRDefault="00F6227F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0EAA8DBA" w14:textId="77777777" w:rsidR="009B5023" w:rsidRPr="007C3BB5" w:rsidRDefault="00E465B2">
      <w:pPr>
        <w:spacing w:after="0"/>
        <w:ind w:left="170"/>
        <w:rPr>
          <w:rFonts w:ascii="Times New Roman" w:hAnsi="Times New Roman" w:cs="Times New Roman"/>
          <w:sz w:val="24"/>
          <w:szCs w:val="24"/>
        </w:rPr>
      </w:pPr>
      <w:r w:rsidRPr="007C3BB5">
        <w:rPr>
          <w:rFonts w:ascii="Segoe UI Symbol" w:hAnsi="Segoe UI Symbol" w:cs="Segoe UI Symbol"/>
          <w:b/>
          <w:sz w:val="24"/>
          <w:szCs w:val="24"/>
        </w:rPr>
        <w:t>☐</w:t>
      </w:r>
      <w:r w:rsidRPr="007C3B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3BB5">
        <w:rPr>
          <w:rFonts w:ascii="Times New Roman" w:hAnsi="Times New Roman" w:cs="Times New Roman"/>
          <w:sz w:val="24"/>
          <w:szCs w:val="24"/>
        </w:rPr>
        <w:t>dziecko uczęszcza do przedszkola objętego Projektem;</w:t>
      </w:r>
    </w:p>
    <w:p w14:paraId="400BCFB8" w14:textId="77777777" w:rsidR="009B5023" w:rsidRPr="007C3BB5" w:rsidRDefault="00E465B2">
      <w:pPr>
        <w:spacing w:after="0"/>
        <w:ind w:left="170"/>
        <w:rPr>
          <w:rFonts w:ascii="Times New Roman" w:hAnsi="Times New Roman" w:cs="Times New Roman"/>
          <w:sz w:val="24"/>
          <w:szCs w:val="24"/>
        </w:rPr>
      </w:pPr>
      <w:r w:rsidRPr="007C3BB5">
        <w:rPr>
          <w:rFonts w:ascii="Segoe UI Symbol" w:hAnsi="Segoe UI Symbol" w:cs="Segoe UI Symbol"/>
          <w:b/>
          <w:sz w:val="24"/>
          <w:szCs w:val="24"/>
        </w:rPr>
        <w:t>☐</w:t>
      </w:r>
      <w:r w:rsidRPr="007C3B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3BB5">
        <w:rPr>
          <w:rFonts w:ascii="Times New Roman" w:hAnsi="Times New Roman" w:cs="Times New Roman"/>
          <w:sz w:val="24"/>
          <w:szCs w:val="24"/>
        </w:rPr>
        <w:t>podane dane są zgodne ze stanem faktycznym;</w:t>
      </w:r>
    </w:p>
    <w:p w14:paraId="202C93B2" w14:textId="77777777" w:rsidR="009B5023" w:rsidRPr="007C3BB5" w:rsidRDefault="00E465B2">
      <w:pPr>
        <w:spacing w:after="0"/>
        <w:ind w:left="170"/>
        <w:rPr>
          <w:rFonts w:ascii="Times New Roman" w:hAnsi="Times New Roman" w:cs="Times New Roman"/>
          <w:sz w:val="24"/>
          <w:szCs w:val="24"/>
        </w:rPr>
      </w:pPr>
      <w:r w:rsidRPr="007C3BB5">
        <w:rPr>
          <w:rFonts w:ascii="Segoe UI Symbol" w:hAnsi="Segoe UI Symbol" w:cs="Segoe UI Symbol"/>
          <w:b/>
          <w:sz w:val="24"/>
          <w:szCs w:val="24"/>
        </w:rPr>
        <w:t>☐</w:t>
      </w:r>
      <w:r w:rsidRPr="007C3B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3BB5">
        <w:rPr>
          <w:rFonts w:ascii="Times New Roman" w:hAnsi="Times New Roman" w:cs="Times New Roman"/>
          <w:sz w:val="24"/>
          <w:szCs w:val="24"/>
        </w:rPr>
        <w:t>zapoznałem/am się z Regulaminem rekrutacji i uczestnictwa w Projekcie;</w:t>
      </w:r>
    </w:p>
    <w:p w14:paraId="692AE2F0" w14:textId="77777777" w:rsidR="009B5023" w:rsidRPr="007C3BB5" w:rsidRDefault="00E465B2">
      <w:pPr>
        <w:spacing w:after="0"/>
        <w:ind w:left="170"/>
        <w:rPr>
          <w:rFonts w:ascii="Times New Roman" w:hAnsi="Times New Roman" w:cs="Times New Roman"/>
          <w:sz w:val="24"/>
          <w:szCs w:val="24"/>
        </w:rPr>
      </w:pPr>
      <w:r w:rsidRPr="007C3BB5">
        <w:rPr>
          <w:rFonts w:ascii="Segoe UI Symbol" w:hAnsi="Segoe UI Symbol" w:cs="Segoe UI Symbol"/>
          <w:b/>
          <w:sz w:val="24"/>
          <w:szCs w:val="24"/>
        </w:rPr>
        <w:t>☐</w:t>
      </w:r>
      <w:r w:rsidRPr="007C3B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3BB5">
        <w:rPr>
          <w:rFonts w:ascii="Times New Roman" w:hAnsi="Times New Roman" w:cs="Times New Roman"/>
          <w:sz w:val="24"/>
          <w:szCs w:val="24"/>
        </w:rPr>
        <w:t>deklaruję udział dziecka w Projekcie i przyjmuję do wiadomości, że udział jest bezpłatny;</w:t>
      </w:r>
    </w:p>
    <w:p w14:paraId="2D50F1C6" w14:textId="77777777" w:rsidR="009B5023" w:rsidRPr="007C3BB5" w:rsidRDefault="00E465B2">
      <w:pPr>
        <w:spacing w:after="0"/>
        <w:ind w:left="170"/>
        <w:rPr>
          <w:rFonts w:ascii="Times New Roman" w:hAnsi="Times New Roman" w:cs="Times New Roman"/>
          <w:sz w:val="24"/>
          <w:szCs w:val="24"/>
        </w:rPr>
      </w:pPr>
      <w:r w:rsidRPr="007C3BB5">
        <w:rPr>
          <w:rFonts w:ascii="Segoe UI Symbol" w:hAnsi="Segoe UI Symbol" w:cs="Segoe UI Symbol"/>
          <w:b/>
          <w:sz w:val="24"/>
          <w:szCs w:val="24"/>
        </w:rPr>
        <w:t>☐</w:t>
      </w:r>
      <w:r w:rsidRPr="007C3B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3BB5">
        <w:rPr>
          <w:rFonts w:ascii="Times New Roman" w:hAnsi="Times New Roman" w:cs="Times New Roman"/>
          <w:sz w:val="24"/>
          <w:szCs w:val="24"/>
        </w:rPr>
        <w:t xml:space="preserve">zobowiązuję się do przekazywania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informacji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niezbędnych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realizacji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monitorowania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rozliczenia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Projektu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oraz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zgłaszania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zmian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mających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wpływ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udział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dziecka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>.</w:t>
      </w:r>
    </w:p>
    <w:p w14:paraId="76BCB4F7" w14:textId="77777777" w:rsidR="00F6227F" w:rsidRPr="007C3BB5" w:rsidRDefault="00F6227F">
      <w:pPr>
        <w:spacing w:after="0"/>
        <w:ind w:left="170"/>
        <w:rPr>
          <w:rFonts w:ascii="Times New Roman" w:hAnsi="Times New Roman" w:cs="Times New Roman"/>
          <w:sz w:val="24"/>
          <w:szCs w:val="24"/>
        </w:rPr>
      </w:pPr>
    </w:p>
    <w:p w14:paraId="05C040BB" w14:textId="3356DE50" w:rsidR="00704F76" w:rsidRPr="00704F76" w:rsidRDefault="00704F76" w:rsidP="000D2A18">
      <w:pPr>
        <w:pStyle w:val="Akapitzlist"/>
        <w:numPr>
          <w:ilvl w:val="0"/>
          <w:numId w:val="10"/>
        </w:numPr>
        <w:spacing w:after="40"/>
        <w:rPr>
          <w:rFonts w:ascii="Times New Roman" w:hAnsi="Times New Roman" w:cs="Times New Roman"/>
          <w:sz w:val="24"/>
          <w:szCs w:val="24"/>
        </w:rPr>
      </w:pPr>
      <w:r w:rsidRPr="000D2A18">
        <w:rPr>
          <w:rFonts w:ascii="Times New Roman" w:hAnsi="Times New Roman" w:cs="Times New Roman"/>
          <w:b/>
          <w:sz w:val="24"/>
          <w:szCs w:val="24"/>
        </w:rPr>
        <w:t xml:space="preserve">Status </w:t>
      </w:r>
      <w:proofErr w:type="spellStart"/>
      <w:r w:rsidRPr="000D2A18">
        <w:rPr>
          <w:rFonts w:ascii="Times New Roman" w:hAnsi="Times New Roman" w:cs="Times New Roman"/>
          <w:b/>
          <w:sz w:val="24"/>
          <w:szCs w:val="24"/>
        </w:rPr>
        <w:t>dziecka</w:t>
      </w:r>
      <w:proofErr w:type="spellEnd"/>
      <w:r w:rsidRPr="000D2A18">
        <w:rPr>
          <w:rFonts w:ascii="Times New Roman" w:hAnsi="Times New Roman" w:cs="Times New Roman"/>
          <w:b/>
          <w:sz w:val="24"/>
          <w:szCs w:val="24"/>
        </w:rPr>
        <w:t xml:space="preserve"> w </w:t>
      </w:r>
      <w:proofErr w:type="spellStart"/>
      <w:r w:rsidRPr="000D2A18">
        <w:rPr>
          <w:rFonts w:ascii="Times New Roman" w:hAnsi="Times New Roman" w:cs="Times New Roman"/>
          <w:b/>
          <w:sz w:val="24"/>
          <w:szCs w:val="24"/>
        </w:rPr>
        <w:t>chwili</w:t>
      </w:r>
      <w:proofErr w:type="spellEnd"/>
      <w:r w:rsidRPr="000D2A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2A18">
        <w:rPr>
          <w:rFonts w:ascii="Times New Roman" w:hAnsi="Times New Roman" w:cs="Times New Roman"/>
          <w:b/>
          <w:sz w:val="24"/>
          <w:szCs w:val="24"/>
        </w:rPr>
        <w:t>przystąpienia</w:t>
      </w:r>
      <w:proofErr w:type="spellEnd"/>
      <w:r w:rsidRPr="000D2A18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0D2A18">
        <w:rPr>
          <w:rFonts w:ascii="Times New Roman" w:hAnsi="Times New Roman" w:cs="Times New Roman"/>
          <w:b/>
          <w:sz w:val="24"/>
          <w:szCs w:val="24"/>
        </w:rPr>
        <w:t>projektu</w:t>
      </w:r>
      <w:proofErr w:type="spellEnd"/>
      <w:r w:rsidR="000D2A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D2A18">
        <w:rPr>
          <w:rFonts w:ascii="Times New Roman" w:hAnsi="Times New Roman" w:cs="Times New Roman"/>
          <w:sz w:val="24"/>
          <w:szCs w:val="24"/>
        </w:rPr>
        <w:t>p</w:t>
      </w:r>
      <w:r w:rsidR="000D2A18" w:rsidRPr="000D2A18">
        <w:rPr>
          <w:rFonts w:ascii="Times New Roman" w:hAnsi="Times New Roman" w:cs="Times New Roman"/>
          <w:sz w:val="24"/>
          <w:szCs w:val="24"/>
        </w:rPr>
        <w:t>ytanie</w:t>
      </w:r>
      <w:proofErr w:type="spellEnd"/>
      <w:r w:rsidR="000D2A18" w:rsidRPr="000D2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2A18" w:rsidRPr="000D2A18">
        <w:rPr>
          <w:rFonts w:ascii="Times New Roman" w:hAnsi="Times New Roman" w:cs="Times New Roman"/>
          <w:sz w:val="24"/>
          <w:szCs w:val="24"/>
        </w:rPr>
        <w:t>wynika</w:t>
      </w:r>
      <w:proofErr w:type="spellEnd"/>
      <w:r w:rsidR="000D2A18" w:rsidRPr="000D2A18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0D2A18" w:rsidRPr="000D2A18">
        <w:rPr>
          <w:rFonts w:ascii="Times New Roman" w:hAnsi="Times New Roman" w:cs="Times New Roman"/>
          <w:sz w:val="24"/>
          <w:szCs w:val="24"/>
        </w:rPr>
        <w:t>wymogów</w:t>
      </w:r>
      <w:proofErr w:type="spellEnd"/>
      <w:r w:rsidR="000D2A18" w:rsidRPr="000D2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2A18" w:rsidRPr="000D2A18">
        <w:rPr>
          <w:rFonts w:ascii="Times New Roman" w:hAnsi="Times New Roman" w:cs="Times New Roman"/>
          <w:sz w:val="24"/>
          <w:szCs w:val="24"/>
        </w:rPr>
        <w:t>monitorowania</w:t>
      </w:r>
      <w:proofErr w:type="spellEnd"/>
      <w:r w:rsidR="000D2A18" w:rsidRPr="000D2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2A18" w:rsidRPr="000D2A18">
        <w:rPr>
          <w:rFonts w:ascii="Times New Roman" w:hAnsi="Times New Roman" w:cs="Times New Roman"/>
          <w:sz w:val="24"/>
          <w:szCs w:val="24"/>
        </w:rPr>
        <w:t>projektów</w:t>
      </w:r>
      <w:proofErr w:type="spellEnd"/>
      <w:r w:rsidR="000D2A18" w:rsidRPr="000D2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2A18" w:rsidRPr="000D2A18">
        <w:rPr>
          <w:rFonts w:ascii="Times New Roman" w:hAnsi="Times New Roman" w:cs="Times New Roman"/>
          <w:sz w:val="24"/>
          <w:szCs w:val="24"/>
        </w:rPr>
        <w:t>unijnych</w:t>
      </w:r>
      <w:proofErr w:type="spellEnd"/>
      <w:r w:rsidR="000D2A18" w:rsidRPr="000D2A18">
        <w:rPr>
          <w:rFonts w:ascii="Times New Roman" w:hAnsi="Times New Roman" w:cs="Times New Roman"/>
          <w:sz w:val="24"/>
          <w:szCs w:val="24"/>
        </w:rPr>
        <w:t xml:space="preserve"> EFS+)</w:t>
      </w:r>
    </w:p>
    <w:p w14:paraId="39255095" w14:textId="590888A1" w:rsidR="00704F76" w:rsidRPr="00704F76" w:rsidRDefault="004A2AFC" w:rsidP="004A2AFC">
      <w:pPr>
        <w:pStyle w:val="Akapitzlist"/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</w:t>
      </w:r>
      <w:proofErr w:type="spellStart"/>
      <w:r>
        <w:rPr>
          <w:rFonts w:ascii="Times New Roman" w:hAnsi="Times New Roman" w:cs="Times New Roman"/>
          <w:sz w:val="24"/>
          <w:szCs w:val="24"/>
        </w:rPr>
        <w:t>obcego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pochodzenia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9137E6" w14:textId="2BB871CF" w:rsidR="00704F76" w:rsidRPr="004A2AFC" w:rsidRDefault="004A2AFC" w:rsidP="004A2AFC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A2AFC">
        <w:rPr>
          <w:rFonts w:ascii="Segoe UI Symbol" w:hAnsi="Segoe UI Symbol" w:cs="Segoe UI Symbol"/>
          <w:sz w:val="24"/>
          <w:szCs w:val="24"/>
        </w:rPr>
        <w:t>☐</w:t>
      </w:r>
      <w:r w:rsidRPr="004A2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AFC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4A2AFC">
        <w:rPr>
          <w:rFonts w:ascii="Times New Roman" w:hAnsi="Times New Roman" w:cs="Times New Roman"/>
          <w:sz w:val="24"/>
          <w:szCs w:val="24"/>
        </w:rPr>
        <w:t xml:space="preserve">   </w:t>
      </w:r>
      <w:r w:rsidRPr="004A2AFC">
        <w:rPr>
          <w:rFonts w:ascii="Segoe UI Symbol" w:hAnsi="Segoe UI Symbol" w:cs="Segoe UI Symbol"/>
          <w:sz w:val="24"/>
          <w:szCs w:val="24"/>
        </w:rPr>
        <w:t>☐</w:t>
      </w:r>
      <w:r w:rsidRPr="004A2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AFC">
        <w:rPr>
          <w:rFonts w:ascii="Times New Roman" w:hAnsi="Times New Roman" w:cs="Times New Roman"/>
          <w:sz w:val="24"/>
          <w:szCs w:val="24"/>
        </w:rPr>
        <w:t>tak</w:t>
      </w:r>
      <w:proofErr w:type="spellEnd"/>
    </w:p>
    <w:p w14:paraId="491A4F3E" w14:textId="2473AE84" w:rsidR="00704F76" w:rsidRPr="00704F76" w:rsidRDefault="004A2AFC" w:rsidP="004A2AFC">
      <w:pPr>
        <w:pStyle w:val="Akapitzlist"/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</w:t>
      </w:r>
      <w:proofErr w:type="spellStart"/>
      <w:r>
        <w:rPr>
          <w:rFonts w:ascii="Times New Roman" w:hAnsi="Times New Roman" w:cs="Times New Roman"/>
          <w:sz w:val="24"/>
          <w:szCs w:val="24"/>
        </w:rPr>
        <w:t>państwa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trzeciego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5ECB74" w14:textId="50982776" w:rsidR="00704F76" w:rsidRPr="00704F76" w:rsidRDefault="004A2AFC" w:rsidP="004A2AFC">
      <w:pPr>
        <w:pStyle w:val="Akapitzlist"/>
        <w:spacing w:after="40"/>
        <w:rPr>
          <w:rFonts w:ascii="Times New Roman" w:hAnsi="Times New Roman" w:cs="Times New Roman"/>
          <w:sz w:val="24"/>
          <w:szCs w:val="24"/>
        </w:rPr>
      </w:pPr>
      <w:r w:rsidRPr="004A2AFC">
        <w:rPr>
          <w:rFonts w:ascii="Segoe UI Symbol" w:hAnsi="Segoe UI Symbol" w:cs="Segoe UI Symbol"/>
          <w:sz w:val="24"/>
          <w:szCs w:val="24"/>
        </w:rPr>
        <w:t>☐</w:t>
      </w:r>
      <w:r w:rsidRPr="004A2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AFC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4A2AFC">
        <w:rPr>
          <w:rFonts w:ascii="Times New Roman" w:hAnsi="Times New Roman" w:cs="Times New Roman"/>
          <w:sz w:val="24"/>
          <w:szCs w:val="24"/>
        </w:rPr>
        <w:t xml:space="preserve">   </w:t>
      </w:r>
      <w:r w:rsidRPr="004A2AFC">
        <w:rPr>
          <w:rFonts w:ascii="Segoe UI Symbol" w:hAnsi="Segoe UI Symbol" w:cs="Segoe UI Symbol"/>
          <w:sz w:val="24"/>
          <w:szCs w:val="24"/>
        </w:rPr>
        <w:t>☐</w:t>
      </w:r>
      <w:r w:rsidRPr="004A2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AFC">
        <w:rPr>
          <w:rFonts w:ascii="Times New Roman" w:hAnsi="Times New Roman" w:cs="Times New Roman"/>
          <w:sz w:val="24"/>
          <w:szCs w:val="24"/>
        </w:rPr>
        <w:t>tak</w:t>
      </w:r>
      <w:proofErr w:type="spellEnd"/>
    </w:p>
    <w:p w14:paraId="7CAFD104" w14:textId="22332697" w:rsidR="00704F76" w:rsidRPr="00704F76" w:rsidRDefault="00704F76" w:rsidP="004A2AFC">
      <w:pPr>
        <w:pStyle w:val="Akapitzlist"/>
        <w:spacing w:after="40"/>
        <w:rPr>
          <w:rFonts w:ascii="Times New Roman" w:hAnsi="Times New Roman" w:cs="Times New Roman"/>
          <w:sz w:val="24"/>
          <w:szCs w:val="24"/>
        </w:rPr>
      </w:pPr>
      <w:r w:rsidRPr="00704F76">
        <w:rPr>
          <w:rFonts w:ascii="Times New Roman" w:hAnsi="Times New Roman" w:cs="Times New Roman"/>
          <w:sz w:val="24"/>
          <w:szCs w:val="24"/>
        </w:rPr>
        <w:t xml:space="preserve">Osoba </w:t>
      </w:r>
      <w:proofErr w:type="spellStart"/>
      <w:r w:rsidRPr="00704F76">
        <w:rPr>
          <w:rFonts w:ascii="Times New Roman" w:hAnsi="Times New Roman" w:cs="Times New Roman"/>
          <w:sz w:val="24"/>
          <w:szCs w:val="24"/>
        </w:rPr>
        <w:t>należąca</w:t>
      </w:r>
      <w:proofErr w:type="spellEnd"/>
      <w:r w:rsidRPr="00704F76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704F76">
        <w:rPr>
          <w:rFonts w:ascii="Times New Roman" w:hAnsi="Times New Roman" w:cs="Times New Roman"/>
          <w:sz w:val="24"/>
          <w:szCs w:val="24"/>
        </w:rPr>
        <w:t>mniejszości</w:t>
      </w:r>
      <w:proofErr w:type="spellEnd"/>
      <w:r w:rsidRPr="0070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F76">
        <w:rPr>
          <w:rFonts w:ascii="Times New Roman" w:hAnsi="Times New Roman" w:cs="Times New Roman"/>
          <w:sz w:val="24"/>
          <w:szCs w:val="24"/>
        </w:rPr>
        <w:t>narodowej</w:t>
      </w:r>
      <w:proofErr w:type="spellEnd"/>
      <w:r w:rsidRPr="0070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F76">
        <w:rPr>
          <w:rFonts w:ascii="Times New Roman" w:hAnsi="Times New Roman" w:cs="Times New Roman"/>
          <w:sz w:val="24"/>
          <w:szCs w:val="24"/>
        </w:rPr>
        <w:t>lub</w:t>
      </w:r>
      <w:proofErr w:type="spellEnd"/>
      <w:r w:rsidRPr="0070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F76">
        <w:rPr>
          <w:rFonts w:ascii="Times New Roman" w:hAnsi="Times New Roman" w:cs="Times New Roman"/>
          <w:sz w:val="24"/>
          <w:szCs w:val="24"/>
        </w:rPr>
        <w:t>etnicznej</w:t>
      </w:r>
      <w:proofErr w:type="spellEnd"/>
      <w:r w:rsidRPr="00704F76">
        <w:rPr>
          <w:rFonts w:ascii="Times New Roman" w:hAnsi="Times New Roman" w:cs="Times New Roman"/>
          <w:sz w:val="24"/>
          <w:szCs w:val="24"/>
        </w:rPr>
        <w:t xml:space="preserve"> (w </w:t>
      </w:r>
      <w:proofErr w:type="spellStart"/>
      <w:r w:rsidRPr="00704F76">
        <w:rPr>
          <w:rFonts w:ascii="Times New Roman" w:hAnsi="Times New Roman" w:cs="Times New Roman"/>
          <w:sz w:val="24"/>
          <w:szCs w:val="24"/>
        </w:rPr>
        <w:t>tym</w:t>
      </w:r>
      <w:proofErr w:type="spellEnd"/>
      <w:r w:rsidR="004A2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AFC">
        <w:rPr>
          <w:rFonts w:ascii="Times New Roman" w:hAnsi="Times New Roman" w:cs="Times New Roman"/>
          <w:sz w:val="24"/>
          <w:szCs w:val="24"/>
        </w:rPr>
        <w:t>społeczności</w:t>
      </w:r>
      <w:proofErr w:type="spellEnd"/>
      <w:r w:rsidR="004A2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AFC">
        <w:rPr>
          <w:rFonts w:ascii="Times New Roman" w:hAnsi="Times New Roman" w:cs="Times New Roman"/>
          <w:sz w:val="24"/>
          <w:szCs w:val="24"/>
        </w:rPr>
        <w:t>marginalizowane</w:t>
      </w:r>
      <w:proofErr w:type="spellEnd"/>
      <w:r w:rsidR="004A2AFC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FF28946" w14:textId="23FB21F3" w:rsidR="00704F76" w:rsidRPr="004A2AFC" w:rsidRDefault="004A2AFC" w:rsidP="004A2AFC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A2AFC">
        <w:rPr>
          <w:rFonts w:ascii="Segoe UI Symbol" w:hAnsi="Segoe UI Symbol" w:cs="Segoe UI Symbol"/>
          <w:sz w:val="24"/>
          <w:szCs w:val="24"/>
        </w:rPr>
        <w:t>☐</w:t>
      </w:r>
      <w:r w:rsidRPr="004A2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AFC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4A2AFC">
        <w:rPr>
          <w:rFonts w:ascii="Times New Roman" w:hAnsi="Times New Roman" w:cs="Times New Roman"/>
          <w:sz w:val="24"/>
          <w:szCs w:val="24"/>
        </w:rPr>
        <w:t xml:space="preserve">   </w:t>
      </w:r>
      <w:r w:rsidRPr="004A2AFC">
        <w:rPr>
          <w:rFonts w:ascii="Segoe UI Symbol" w:hAnsi="Segoe UI Symbol" w:cs="Segoe UI Symbol"/>
          <w:sz w:val="24"/>
          <w:szCs w:val="24"/>
        </w:rPr>
        <w:t>☐</w:t>
      </w:r>
      <w:r w:rsidRPr="004A2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AFC">
        <w:rPr>
          <w:rFonts w:ascii="Times New Roman" w:hAnsi="Times New Roman" w:cs="Times New Roman"/>
          <w:sz w:val="24"/>
          <w:szCs w:val="24"/>
        </w:rPr>
        <w:t>tak</w:t>
      </w:r>
      <w:proofErr w:type="spellEnd"/>
    </w:p>
    <w:p w14:paraId="16894854" w14:textId="2E8F322E" w:rsidR="00704F76" w:rsidRPr="00704F76" w:rsidRDefault="00704F76" w:rsidP="004A2AFC">
      <w:pPr>
        <w:pStyle w:val="Akapitzlist"/>
        <w:spacing w:after="40"/>
        <w:rPr>
          <w:rFonts w:ascii="Times New Roman" w:hAnsi="Times New Roman" w:cs="Times New Roman"/>
          <w:sz w:val="24"/>
          <w:szCs w:val="24"/>
        </w:rPr>
      </w:pPr>
      <w:r w:rsidRPr="00704F76">
        <w:rPr>
          <w:rFonts w:ascii="Times New Roman" w:hAnsi="Times New Roman" w:cs="Times New Roman"/>
          <w:sz w:val="24"/>
          <w:szCs w:val="24"/>
        </w:rPr>
        <w:t xml:space="preserve">Osoba </w:t>
      </w:r>
      <w:proofErr w:type="spellStart"/>
      <w:r w:rsidRPr="00704F76">
        <w:rPr>
          <w:rFonts w:ascii="Times New Roman" w:hAnsi="Times New Roman" w:cs="Times New Roman"/>
          <w:sz w:val="24"/>
          <w:szCs w:val="24"/>
        </w:rPr>
        <w:t>bezdomna</w:t>
      </w:r>
      <w:proofErr w:type="spellEnd"/>
      <w:r w:rsidRPr="0070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F76">
        <w:rPr>
          <w:rFonts w:ascii="Times New Roman" w:hAnsi="Times New Roman" w:cs="Times New Roman"/>
          <w:sz w:val="24"/>
          <w:szCs w:val="24"/>
        </w:rPr>
        <w:t>lub</w:t>
      </w:r>
      <w:proofErr w:type="spellEnd"/>
      <w:r w:rsidRPr="0070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F76">
        <w:rPr>
          <w:rFonts w:ascii="Times New Roman" w:hAnsi="Times New Roman" w:cs="Times New Roman"/>
          <w:sz w:val="24"/>
          <w:szCs w:val="24"/>
        </w:rPr>
        <w:t>dotknięta</w:t>
      </w:r>
      <w:proofErr w:type="spellEnd"/>
      <w:r w:rsidRPr="00704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F76">
        <w:rPr>
          <w:rFonts w:ascii="Times New Roman" w:hAnsi="Times New Roman" w:cs="Times New Roman"/>
          <w:sz w:val="24"/>
          <w:szCs w:val="24"/>
        </w:rPr>
        <w:t>wykl</w:t>
      </w:r>
      <w:r w:rsidR="004A2AFC">
        <w:rPr>
          <w:rFonts w:ascii="Times New Roman" w:hAnsi="Times New Roman" w:cs="Times New Roman"/>
          <w:sz w:val="24"/>
          <w:szCs w:val="24"/>
        </w:rPr>
        <w:t>uczeniem</w:t>
      </w:r>
      <w:proofErr w:type="spellEnd"/>
      <w:r w:rsidR="004A2AF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4A2AFC">
        <w:rPr>
          <w:rFonts w:ascii="Times New Roman" w:hAnsi="Times New Roman" w:cs="Times New Roman"/>
          <w:sz w:val="24"/>
          <w:szCs w:val="24"/>
        </w:rPr>
        <w:t>dostępu</w:t>
      </w:r>
      <w:proofErr w:type="spellEnd"/>
      <w:r w:rsidR="004A2AFC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4A2AFC">
        <w:rPr>
          <w:rFonts w:ascii="Times New Roman" w:hAnsi="Times New Roman" w:cs="Times New Roman"/>
          <w:sz w:val="24"/>
          <w:szCs w:val="24"/>
        </w:rPr>
        <w:t>mieszkań</w:t>
      </w:r>
      <w:proofErr w:type="spellEnd"/>
      <w:r w:rsidR="004A2A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A888C5" w14:textId="3C4E6F4C" w:rsidR="00704F76" w:rsidRPr="00704F76" w:rsidRDefault="004A2AFC" w:rsidP="004A2AFC">
      <w:pPr>
        <w:pStyle w:val="Akapitzlist"/>
        <w:spacing w:after="40"/>
        <w:rPr>
          <w:rFonts w:ascii="Times New Roman" w:hAnsi="Times New Roman" w:cs="Times New Roman"/>
          <w:sz w:val="24"/>
          <w:szCs w:val="24"/>
        </w:rPr>
      </w:pPr>
      <w:r w:rsidRPr="004A2AFC">
        <w:rPr>
          <w:rFonts w:ascii="Segoe UI Symbol" w:hAnsi="Segoe UI Symbol" w:cs="Segoe UI Symbol"/>
          <w:sz w:val="24"/>
          <w:szCs w:val="24"/>
        </w:rPr>
        <w:t>☐</w:t>
      </w:r>
      <w:r w:rsidRPr="004A2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AFC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4A2AFC">
        <w:rPr>
          <w:rFonts w:ascii="Times New Roman" w:hAnsi="Times New Roman" w:cs="Times New Roman"/>
          <w:sz w:val="24"/>
          <w:szCs w:val="24"/>
        </w:rPr>
        <w:t xml:space="preserve">   </w:t>
      </w:r>
      <w:r w:rsidRPr="004A2AFC">
        <w:rPr>
          <w:rFonts w:ascii="Segoe UI Symbol" w:hAnsi="Segoe UI Symbol" w:cs="Segoe UI Symbol"/>
          <w:sz w:val="24"/>
          <w:szCs w:val="24"/>
        </w:rPr>
        <w:t>☐</w:t>
      </w:r>
      <w:r w:rsidRPr="004A2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AFC">
        <w:rPr>
          <w:rFonts w:ascii="Times New Roman" w:hAnsi="Times New Roman" w:cs="Times New Roman"/>
          <w:sz w:val="24"/>
          <w:szCs w:val="24"/>
        </w:rPr>
        <w:t>tak</w:t>
      </w:r>
      <w:proofErr w:type="spellEnd"/>
    </w:p>
    <w:p w14:paraId="502A3368" w14:textId="706D8256" w:rsidR="00704F76" w:rsidRPr="00704F76" w:rsidRDefault="004A2AFC" w:rsidP="004A2AFC">
      <w:pPr>
        <w:pStyle w:val="Akapitzlist"/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z </w:t>
      </w:r>
      <w:proofErr w:type="spellStart"/>
      <w:r>
        <w:rPr>
          <w:rFonts w:ascii="Times New Roman" w:hAnsi="Times New Roman" w:cs="Times New Roman"/>
          <w:sz w:val="24"/>
          <w:szCs w:val="24"/>
        </w:rPr>
        <w:t>niepełnosprawnościami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DDA9F9" w14:textId="3CDCEB3A" w:rsidR="00F921D6" w:rsidRDefault="004A2AFC" w:rsidP="004A2AFC">
      <w:pPr>
        <w:spacing w:after="40"/>
        <w:ind w:firstLine="720"/>
        <w:rPr>
          <w:rFonts w:ascii="Times New Roman" w:hAnsi="Times New Roman" w:cs="Times New Roman"/>
          <w:sz w:val="24"/>
          <w:szCs w:val="24"/>
        </w:rPr>
      </w:pPr>
      <w:r w:rsidRPr="004A2AFC">
        <w:rPr>
          <w:rFonts w:ascii="Segoe UI Symbol" w:hAnsi="Segoe UI Symbol" w:cs="Segoe UI Symbol"/>
          <w:sz w:val="24"/>
          <w:szCs w:val="24"/>
        </w:rPr>
        <w:t>☐</w:t>
      </w:r>
      <w:r w:rsidRPr="004A2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AFC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4A2AFC">
        <w:rPr>
          <w:rFonts w:ascii="Times New Roman" w:hAnsi="Times New Roman" w:cs="Times New Roman"/>
          <w:sz w:val="24"/>
          <w:szCs w:val="24"/>
        </w:rPr>
        <w:t xml:space="preserve">   </w:t>
      </w:r>
      <w:r w:rsidRPr="004A2AFC">
        <w:rPr>
          <w:rFonts w:ascii="Segoe UI Symbol" w:hAnsi="Segoe UI Symbol" w:cs="Segoe UI Symbol"/>
          <w:sz w:val="24"/>
          <w:szCs w:val="24"/>
        </w:rPr>
        <w:t>☐</w:t>
      </w:r>
      <w:r w:rsidRPr="004A2A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AFC">
        <w:rPr>
          <w:rFonts w:ascii="Times New Roman" w:hAnsi="Times New Roman" w:cs="Times New Roman"/>
          <w:sz w:val="24"/>
          <w:szCs w:val="24"/>
        </w:rPr>
        <w:t>tak</w:t>
      </w:r>
      <w:proofErr w:type="spellEnd"/>
    </w:p>
    <w:p w14:paraId="2AE04689" w14:textId="190629AF" w:rsidR="00095A5C" w:rsidRDefault="00095A5C" w:rsidP="00A76B58">
      <w:pPr>
        <w:spacing w:after="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b/>
          <w:sz w:val="24"/>
          <w:szCs w:val="24"/>
        </w:rPr>
        <w:t>Dostępność</w:t>
      </w:r>
      <w:proofErr w:type="spellEnd"/>
      <w:r w:rsidRPr="007C3BB5">
        <w:rPr>
          <w:rFonts w:ascii="Times New Roman" w:hAnsi="Times New Roman" w:cs="Times New Roman"/>
          <w:b/>
          <w:sz w:val="24"/>
          <w:szCs w:val="24"/>
        </w:rPr>
        <w:t xml:space="preserve"> / </w:t>
      </w:r>
      <w:proofErr w:type="spellStart"/>
      <w:r w:rsidRPr="007C3BB5">
        <w:rPr>
          <w:rFonts w:ascii="Times New Roman" w:hAnsi="Times New Roman" w:cs="Times New Roman"/>
          <w:b/>
          <w:sz w:val="24"/>
          <w:szCs w:val="24"/>
        </w:rPr>
        <w:t>szczególne</w:t>
      </w:r>
      <w:proofErr w:type="spellEnd"/>
      <w:r w:rsidRPr="007C3B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b/>
          <w:sz w:val="24"/>
          <w:szCs w:val="24"/>
        </w:rPr>
        <w:t>potrzeby</w:t>
      </w:r>
      <w:proofErr w:type="spellEnd"/>
      <w:r w:rsidRPr="007C3B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b/>
          <w:sz w:val="24"/>
          <w:szCs w:val="24"/>
        </w:rPr>
        <w:t>dziecka</w:t>
      </w:r>
      <w:proofErr w:type="spellEnd"/>
      <w:r w:rsidRPr="007C3BB5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7C3BB5">
        <w:rPr>
          <w:rFonts w:ascii="Times New Roman" w:hAnsi="Times New Roman" w:cs="Times New Roman"/>
          <w:b/>
          <w:sz w:val="24"/>
          <w:szCs w:val="24"/>
        </w:rPr>
        <w:t>jeżeli</w:t>
      </w:r>
      <w:proofErr w:type="spellEnd"/>
      <w:r w:rsidRPr="007C3B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b/>
          <w:sz w:val="24"/>
          <w:szCs w:val="24"/>
        </w:rPr>
        <w:t>dotyczy</w:t>
      </w:r>
      <w:proofErr w:type="spellEnd"/>
      <w:r w:rsidRPr="007C3BB5">
        <w:rPr>
          <w:rFonts w:ascii="Times New Roman" w:hAnsi="Times New Roman" w:cs="Times New Roman"/>
          <w:b/>
          <w:sz w:val="24"/>
          <w:szCs w:val="24"/>
        </w:rPr>
        <w:t xml:space="preserve">): </w:t>
      </w:r>
      <w:r w:rsidRPr="007C3BB5">
        <w:rPr>
          <w:rFonts w:ascii="Segoe UI Symbol" w:hAnsi="Segoe UI Symbol" w:cs="Segoe UI Symbol"/>
          <w:sz w:val="24"/>
          <w:szCs w:val="24"/>
        </w:rPr>
        <w:t>☐</w:t>
      </w:r>
      <w:r w:rsidRPr="007C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  </w:t>
      </w:r>
      <w:r w:rsidRPr="007C3BB5">
        <w:rPr>
          <w:rFonts w:ascii="Segoe UI Symbol" w:hAnsi="Segoe UI Symbol" w:cs="Segoe UI Symbol"/>
          <w:sz w:val="24"/>
          <w:szCs w:val="24"/>
        </w:rPr>
        <w:t>☐</w:t>
      </w:r>
      <w:r w:rsidRPr="007C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jakie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C3BB5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14:paraId="4E0552D1" w14:textId="77777777" w:rsidR="00095A5C" w:rsidRPr="007C3BB5" w:rsidRDefault="00095A5C" w:rsidP="004A2AFC">
      <w:pPr>
        <w:spacing w:after="40"/>
        <w:ind w:firstLine="720"/>
        <w:rPr>
          <w:rFonts w:ascii="Times New Roman" w:hAnsi="Times New Roman" w:cs="Times New Roman"/>
          <w:sz w:val="24"/>
          <w:szCs w:val="24"/>
        </w:rPr>
      </w:pPr>
    </w:p>
    <w:p w14:paraId="7C1EFB08" w14:textId="77777777" w:rsidR="003C7337" w:rsidRDefault="003C7337" w:rsidP="003C7337">
      <w:pPr>
        <w:spacing w:after="40"/>
        <w:rPr>
          <w:rFonts w:ascii="Times New Roman" w:hAnsi="Times New Roman" w:cs="Times New Roman"/>
          <w:b/>
          <w:sz w:val="24"/>
          <w:szCs w:val="24"/>
        </w:rPr>
      </w:pPr>
    </w:p>
    <w:p w14:paraId="69DB7A87" w14:textId="4E1B2879" w:rsidR="009B5023" w:rsidRPr="003C7337" w:rsidRDefault="00E465B2" w:rsidP="003C7337">
      <w:pPr>
        <w:pStyle w:val="Akapitzlist"/>
        <w:numPr>
          <w:ilvl w:val="0"/>
          <w:numId w:val="10"/>
        </w:numPr>
        <w:spacing w:after="40"/>
        <w:rPr>
          <w:rFonts w:ascii="Times New Roman" w:hAnsi="Times New Roman" w:cs="Times New Roman"/>
          <w:sz w:val="24"/>
          <w:szCs w:val="24"/>
        </w:rPr>
      </w:pPr>
      <w:proofErr w:type="spellStart"/>
      <w:r w:rsidRPr="003C7337">
        <w:rPr>
          <w:rFonts w:ascii="Times New Roman" w:hAnsi="Times New Roman" w:cs="Times New Roman"/>
          <w:b/>
          <w:sz w:val="24"/>
          <w:szCs w:val="24"/>
        </w:rPr>
        <w:t>Wizerunek</w:t>
      </w:r>
      <w:proofErr w:type="spellEnd"/>
      <w:r w:rsidRPr="003C733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C7337">
        <w:rPr>
          <w:rFonts w:ascii="Segoe UI Symbol" w:hAnsi="Segoe UI Symbol" w:cs="Segoe UI Symbol"/>
          <w:sz w:val="24"/>
          <w:szCs w:val="24"/>
        </w:rPr>
        <w:t>☐</w:t>
      </w:r>
      <w:r w:rsidRPr="003C7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337">
        <w:rPr>
          <w:rFonts w:ascii="Times New Roman" w:hAnsi="Times New Roman" w:cs="Times New Roman"/>
          <w:sz w:val="24"/>
          <w:szCs w:val="24"/>
        </w:rPr>
        <w:t>wyrażam</w:t>
      </w:r>
      <w:proofErr w:type="spellEnd"/>
      <w:r w:rsidRPr="003C7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337">
        <w:rPr>
          <w:rFonts w:ascii="Times New Roman" w:hAnsi="Times New Roman" w:cs="Times New Roman"/>
          <w:sz w:val="24"/>
          <w:szCs w:val="24"/>
        </w:rPr>
        <w:t>zgodę</w:t>
      </w:r>
      <w:proofErr w:type="spellEnd"/>
      <w:r w:rsidRPr="003C7337">
        <w:rPr>
          <w:rFonts w:ascii="Times New Roman" w:hAnsi="Times New Roman" w:cs="Times New Roman"/>
          <w:sz w:val="24"/>
          <w:szCs w:val="24"/>
        </w:rPr>
        <w:t xml:space="preserve">   </w:t>
      </w:r>
      <w:r w:rsidRPr="003C7337">
        <w:rPr>
          <w:rFonts w:ascii="Segoe UI Symbol" w:hAnsi="Segoe UI Symbol" w:cs="Segoe UI Symbol"/>
          <w:sz w:val="24"/>
          <w:szCs w:val="24"/>
        </w:rPr>
        <w:t>☐</w:t>
      </w:r>
      <w:r w:rsidRPr="003C7337">
        <w:rPr>
          <w:rFonts w:ascii="Times New Roman" w:hAnsi="Times New Roman" w:cs="Times New Roman"/>
          <w:sz w:val="24"/>
          <w:szCs w:val="24"/>
        </w:rPr>
        <w:t xml:space="preserve"> nie wyrażam zgody* na wykorzystanie wizerunku dziecka w materiałach związanych z Projektem. *Zgoda </w:t>
      </w:r>
      <w:proofErr w:type="spellStart"/>
      <w:r w:rsidRPr="003C733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C7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337">
        <w:rPr>
          <w:rFonts w:ascii="Times New Roman" w:hAnsi="Times New Roman" w:cs="Times New Roman"/>
          <w:sz w:val="24"/>
          <w:szCs w:val="24"/>
        </w:rPr>
        <w:t>wizerunek</w:t>
      </w:r>
      <w:proofErr w:type="spellEnd"/>
      <w:r w:rsidRPr="003C7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337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3C7337">
        <w:rPr>
          <w:rFonts w:ascii="Times New Roman" w:hAnsi="Times New Roman" w:cs="Times New Roman"/>
          <w:sz w:val="24"/>
          <w:szCs w:val="24"/>
        </w:rPr>
        <w:t xml:space="preserve"> jest </w:t>
      </w:r>
      <w:proofErr w:type="spellStart"/>
      <w:r w:rsidRPr="003C7337">
        <w:rPr>
          <w:rFonts w:ascii="Times New Roman" w:hAnsi="Times New Roman" w:cs="Times New Roman"/>
          <w:sz w:val="24"/>
          <w:szCs w:val="24"/>
        </w:rPr>
        <w:t>warunkiem</w:t>
      </w:r>
      <w:proofErr w:type="spellEnd"/>
      <w:r w:rsidRPr="003C7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337">
        <w:rPr>
          <w:rFonts w:ascii="Times New Roman" w:hAnsi="Times New Roman" w:cs="Times New Roman"/>
          <w:sz w:val="24"/>
          <w:szCs w:val="24"/>
        </w:rPr>
        <w:t>udziału</w:t>
      </w:r>
      <w:proofErr w:type="spellEnd"/>
      <w:r w:rsidRPr="003C7337">
        <w:rPr>
          <w:rFonts w:ascii="Times New Roman" w:hAnsi="Times New Roman" w:cs="Times New Roman"/>
          <w:sz w:val="24"/>
          <w:szCs w:val="24"/>
        </w:rPr>
        <w:t xml:space="preserve"> w Projekcie.</w:t>
      </w:r>
    </w:p>
    <w:p w14:paraId="719936A5" w14:textId="77777777" w:rsidR="00556B1E" w:rsidRPr="007C3BB5" w:rsidRDefault="00556B1E">
      <w:pPr>
        <w:spacing w:after="4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66"/>
      </w:tblGrid>
      <w:tr w:rsidR="009B5023" w:rsidRPr="007C3BB5" w14:paraId="0EDFB7A0" w14:textId="77777777" w:rsidTr="00FC70AC">
        <w:trPr>
          <w:jc w:val="center"/>
        </w:trPr>
        <w:tc>
          <w:tcPr>
            <w:tcW w:w="10766" w:type="dxa"/>
            <w:vAlign w:val="center"/>
          </w:tcPr>
          <w:p w14:paraId="23F87CFD" w14:textId="53FF9230" w:rsidR="009B5023" w:rsidRPr="003C7337" w:rsidRDefault="00E465B2" w:rsidP="003C7337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7337">
              <w:rPr>
                <w:rFonts w:ascii="Times New Roman" w:hAnsi="Times New Roman" w:cs="Times New Roman"/>
                <w:b/>
                <w:sz w:val="24"/>
                <w:szCs w:val="24"/>
              </w:rPr>
              <w:t>INFORMACJA O PRZETWARZANIU DANYCH OSOBOWYCH</w:t>
            </w:r>
          </w:p>
        </w:tc>
      </w:tr>
    </w:tbl>
    <w:p w14:paraId="6BD5EDA4" w14:textId="77777777" w:rsidR="007579E1" w:rsidRPr="007C3BB5" w:rsidRDefault="007579E1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146F6850" w14:textId="77777777" w:rsidR="008C6A7B" w:rsidRPr="008C6A7B" w:rsidRDefault="008C6A7B" w:rsidP="008C6A7B">
      <w:pPr>
        <w:spacing w:after="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C6A7B">
        <w:rPr>
          <w:rFonts w:ascii="Times New Roman" w:hAnsi="Times New Roman" w:cs="Times New Roman"/>
          <w:sz w:val="24"/>
          <w:szCs w:val="24"/>
        </w:rPr>
        <w:t>Potwierdzam</w:t>
      </w:r>
      <w:proofErr w:type="spellEnd"/>
      <w:r w:rsidRPr="008C6A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6A7B">
        <w:rPr>
          <w:rFonts w:ascii="Times New Roman" w:hAnsi="Times New Roman" w:cs="Times New Roman"/>
          <w:sz w:val="24"/>
          <w:szCs w:val="24"/>
        </w:rPr>
        <w:t>że</w:t>
      </w:r>
      <w:proofErr w:type="spellEnd"/>
      <w:r w:rsidRPr="008C6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sz w:val="24"/>
          <w:szCs w:val="24"/>
        </w:rPr>
        <w:t>zostałem</w:t>
      </w:r>
      <w:proofErr w:type="spellEnd"/>
      <w:r w:rsidRPr="008C6A7B">
        <w:rPr>
          <w:rFonts w:ascii="Times New Roman" w:hAnsi="Times New Roman" w:cs="Times New Roman"/>
          <w:sz w:val="24"/>
          <w:szCs w:val="24"/>
        </w:rPr>
        <w:t xml:space="preserve">/am </w:t>
      </w:r>
      <w:proofErr w:type="spellStart"/>
      <w:r w:rsidRPr="008C6A7B">
        <w:rPr>
          <w:rFonts w:ascii="Times New Roman" w:hAnsi="Times New Roman" w:cs="Times New Roman"/>
          <w:sz w:val="24"/>
          <w:szCs w:val="24"/>
        </w:rPr>
        <w:t>poinformowany</w:t>
      </w:r>
      <w:proofErr w:type="spellEnd"/>
      <w:r w:rsidRPr="008C6A7B">
        <w:rPr>
          <w:rFonts w:ascii="Times New Roman" w:hAnsi="Times New Roman" w:cs="Times New Roman"/>
          <w:sz w:val="24"/>
          <w:szCs w:val="24"/>
        </w:rPr>
        <w:t xml:space="preserve">/a o </w:t>
      </w:r>
      <w:proofErr w:type="spellStart"/>
      <w:r w:rsidRPr="008C6A7B">
        <w:rPr>
          <w:rFonts w:ascii="Times New Roman" w:hAnsi="Times New Roman" w:cs="Times New Roman"/>
          <w:sz w:val="24"/>
          <w:szCs w:val="24"/>
        </w:rPr>
        <w:t>zasadach</w:t>
      </w:r>
      <w:proofErr w:type="spellEnd"/>
      <w:r w:rsidRPr="008C6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sz w:val="24"/>
          <w:szCs w:val="24"/>
        </w:rPr>
        <w:t>przetwarzania</w:t>
      </w:r>
      <w:proofErr w:type="spellEnd"/>
      <w:r w:rsidRPr="008C6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8C6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sz w:val="24"/>
          <w:szCs w:val="24"/>
        </w:rPr>
        <w:t>osobowych</w:t>
      </w:r>
      <w:proofErr w:type="spellEnd"/>
      <w:r w:rsidRPr="008C6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sz w:val="24"/>
          <w:szCs w:val="24"/>
        </w:rPr>
        <w:t>moich</w:t>
      </w:r>
      <w:proofErr w:type="spellEnd"/>
      <w:r w:rsidRPr="008C6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sz w:val="24"/>
          <w:szCs w:val="24"/>
        </w:rPr>
        <w:t>oraz</w:t>
      </w:r>
      <w:proofErr w:type="spellEnd"/>
      <w:r w:rsidRPr="008C6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sz w:val="24"/>
          <w:szCs w:val="24"/>
        </w:rPr>
        <w:t>mojego</w:t>
      </w:r>
      <w:proofErr w:type="spellEnd"/>
      <w:r w:rsidRPr="008C6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sz w:val="24"/>
          <w:szCs w:val="24"/>
        </w:rPr>
        <w:t>dziecka</w:t>
      </w:r>
      <w:proofErr w:type="spellEnd"/>
      <w:r w:rsidRPr="008C6A7B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8C6A7B">
        <w:rPr>
          <w:rFonts w:ascii="Times New Roman" w:hAnsi="Times New Roman" w:cs="Times New Roman"/>
          <w:sz w:val="24"/>
          <w:szCs w:val="24"/>
        </w:rPr>
        <w:t>związku</w:t>
      </w:r>
      <w:proofErr w:type="spellEnd"/>
      <w:r w:rsidRPr="008C6A7B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8C6A7B">
        <w:rPr>
          <w:rFonts w:ascii="Times New Roman" w:hAnsi="Times New Roman" w:cs="Times New Roman"/>
          <w:sz w:val="24"/>
          <w:szCs w:val="24"/>
        </w:rPr>
        <w:t>realizacją</w:t>
      </w:r>
      <w:proofErr w:type="spellEnd"/>
      <w:r w:rsidRPr="008C6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sz w:val="24"/>
          <w:szCs w:val="24"/>
        </w:rPr>
        <w:t>Projektu</w:t>
      </w:r>
      <w:proofErr w:type="spellEnd"/>
      <w:r w:rsidRPr="008C6A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6A7B">
        <w:rPr>
          <w:rFonts w:ascii="Times New Roman" w:hAnsi="Times New Roman" w:cs="Times New Roman"/>
          <w:sz w:val="24"/>
          <w:szCs w:val="24"/>
        </w:rPr>
        <w:t>zgodnie</w:t>
      </w:r>
      <w:proofErr w:type="spellEnd"/>
      <w:r w:rsidRPr="008C6A7B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8C6A7B">
        <w:rPr>
          <w:rFonts w:ascii="Times New Roman" w:hAnsi="Times New Roman" w:cs="Times New Roman"/>
          <w:sz w:val="24"/>
          <w:szCs w:val="24"/>
        </w:rPr>
        <w:t>dokumentacją</w:t>
      </w:r>
      <w:proofErr w:type="spellEnd"/>
      <w:r w:rsidRPr="008C6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sz w:val="24"/>
          <w:szCs w:val="24"/>
        </w:rPr>
        <w:t>dotyczącą</w:t>
      </w:r>
      <w:proofErr w:type="spellEnd"/>
      <w:r w:rsidRPr="008C6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sz w:val="24"/>
          <w:szCs w:val="24"/>
        </w:rPr>
        <w:t>ochrony</w:t>
      </w:r>
      <w:proofErr w:type="spellEnd"/>
      <w:r w:rsidRPr="008C6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8C6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sz w:val="24"/>
          <w:szCs w:val="24"/>
        </w:rPr>
        <w:t>osobowych</w:t>
      </w:r>
      <w:proofErr w:type="spellEnd"/>
      <w:r w:rsidRPr="008C6A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6A7B">
        <w:rPr>
          <w:rFonts w:ascii="Times New Roman" w:hAnsi="Times New Roman" w:cs="Times New Roman"/>
          <w:bCs/>
          <w:sz w:val="24"/>
          <w:szCs w:val="24"/>
        </w:rPr>
        <w:t>Szczegółowa</w:t>
      </w:r>
      <w:proofErr w:type="spellEnd"/>
      <w:r w:rsidRPr="008C6A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bCs/>
          <w:sz w:val="24"/>
          <w:szCs w:val="24"/>
        </w:rPr>
        <w:t>klauzula</w:t>
      </w:r>
      <w:proofErr w:type="spellEnd"/>
      <w:r w:rsidRPr="008C6A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bCs/>
          <w:sz w:val="24"/>
          <w:szCs w:val="24"/>
        </w:rPr>
        <w:t>informacyjna</w:t>
      </w:r>
      <w:proofErr w:type="spellEnd"/>
      <w:r w:rsidRPr="008C6A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bCs/>
          <w:sz w:val="24"/>
          <w:szCs w:val="24"/>
        </w:rPr>
        <w:t>stanowi</w:t>
      </w:r>
      <w:proofErr w:type="spellEnd"/>
      <w:r w:rsidRPr="008C6A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bCs/>
          <w:sz w:val="24"/>
          <w:szCs w:val="24"/>
        </w:rPr>
        <w:t>odrębny</w:t>
      </w:r>
      <w:proofErr w:type="spellEnd"/>
      <w:r w:rsidRPr="008C6A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bCs/>
          <w:sz w:val="24"/>
          <w:szCs w:val="24"/>
        </w:rPr>
        <w:t>dokument</w:t>
      </w:r>
      <w:proofErr w:type="spellEnd"/>
      <w:r w:rsidRPr="008C6A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C6A7B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8C6A7B">
        <w:rPr>
          <w:rFonts w:ascii="Times New Roman" w:hAnsi="Times New Roman" w:cs="Times New Roman"/>
          <w:b/>
          <w:sz w:val="24"/>
          <w:szCs w:val="24"/>
        </w:rPr>
        <w:t>załącznik</w:t>
      </w:r>
      <w:proofErr w:type="spellEnd"/>
      <w:r w:rsidRPr="008C6A7B">
        <w:rPr>
          <w:rFonts w:ascii="Times New Roman" w:hAnsi="Times New Roman" w:cs="Times New Roman"/>
          <w:b/>
          <w:sz w:val="24"/>
          <w:szCs w:val="24"/>
        </w:rPr>
        <w:t xml:space="preserve"> nr 2 </w:t>
      </w:r>
      <w:proofErr w:type="spellStart"/>
      <w:r w:rsidRPr="008C6A7B">
        <w:rPr>
          <w:rFonts w:ascii="Times New Roman" w:hAnsi="Times New Roman" w:cs="Times New Roman"/>
          <w:b/>
          <w:sz w:val="24"/>
          <w:szCs w:val="24"/>
        </w:rPr>
        <w:t>Oświadczenie</w:t>
      </w:r>
      <w:proofErr w:type="spellEnd"/>
      <w:r w:rsidRPr="008C6A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b/>
          <w:sz w:val="24"/>
          <w:szCs w:val="24"/>
        </w:rPr>
        <w:t>uczestnika</w:t>
      </w:r>
      <w:proofErr w:type="spellEnd"/>
      <w:r w:rsidRPr="008C6A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b/>
          <w:sz w:val="24"/>
          <w:szCs w:val="24"/>
        </w:rPr>
        <w:t>projektu</w:t>
      </w:r>
      <w:proofErr w:type="spellEnd"/>
      <w:r w:rsidRPr="008C6A7B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8C6A7B">
        <w:rPr>
          <w:rFonts w:ascii="Times New Roman" w:hAnsi="Times New Roman" w:cs="Times New Roman"/>
          <w:b/>
          <w:sz w:val="24"/>
          <w:szCs w:val="24"/>
        </w:rPr>
        <w:t>rodzica</w:t>
      </w:r>
      <w:proofErr w:type="spellEnd"/>
      <w:r w:rsidRPr="008C6A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b/>
          <w:sz w:val="24"/>
          <w:szCs w:val="24"/>
        </w:rPr>
        <w:t>lub</w:t>
      </w:r>
      <w:proofErr w:type="spellEnd"/>
      <w:r w:rsidRPr="008C6A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b/>
          <w:sz w:val="24"/>
          <w:szCs w:val="24"/>
        </w:rPr>
        <w:t>opekuna</w:t>
      </w:r>
      <w:proofErr w:type="spellEnd"/>
      <w:r w:rsidRPr="008C6A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6A7B">
        <w:rPr>
          <w:rFonts w:ascii="Times New Roman" w:hAnsi="Times New Roman" w:cs="Times New Roman"/>
          <w:b/>
          <w:sz w:val="24"/>
          <w:szCs w:val="24"/>
        </w:rPr>
        <w:t>prawnego</w:t>
      </w:r>
      <w:proofErr w:type="spellEnd"/>
      <w:r w:rsidRPr="008C6A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BDB18B" w14:textId="77777777" w:rsidR="009F32F8" w:rsidRPr="007C3BB5" w:rsidRDefault="009F32F8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44E0199C" w14:textId="40776742" w:rsidR="00403B2E" w:rsidRPr="007C3BB5" w:rsidRDefault="00E465B2">
      <w:pPr>
        <w:spacing w:after="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3BB5">
        <w:rPr>
          <w:rFonts w:ascii="Times New Roman" w:hAnsi="Times New Roman" w:cs="Times New Roman"/>
          <w:sz w:val="24"/>
          <w:szCs w:val="24"/>
        </w:rPr>
        <w:t>Potwierdzam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zapoznanie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się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informacją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przetwarzaniu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osobowych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oraz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przyjmuję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ją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7C3BB5">
        <w:rPr>
          <w:rFonts w:ascii="Times New Roman" w:hAnsi="Times New Roman" w:cs="Times New Roman"/>
          <w:sz w:val="24"/>
          <w:szCs w:val="24"/>
        </w:rPr>
        <w:t>wiadomości</w:t>
      </w:r>
      <w:proofErr w:type="spellEnd"/>
      <w:r w:rsidRPr="007C3BB5">
        <w:rPr>
          <w:rFonts w:ascii="Times New Roman" w:hAnsi="Times New Roman" w:cs="Times New Roman"/>
          <w:sz w:val="24"/>
          <w:szCs w:val="24"/>
        </w:rPr>
        <w:t xml:space="preserve">: </w:t>
      </w:r>
      <w:r w:rsidRPr="007C3BB5">
        <w:rPr>
          <w:rFonts w:ascii="Segoe UI Symbol" w:hAnsi="Segoe UI Symbol" w:cs="Segoe UI Symbol"/>
          <w:b/>
          <w:sz w:val="24"/>
          <w:szCs w:val="24"/>
        </w:rPr>
        <w:t>☐</w:t>
      </w:r>
      <w:r w:rsidRPr="007C3BB5">
        <w:rPr>
          <w:rFonts w:ascii="Times New Roman" w:hAnsi="Times New Roman" w:cs="Times New Roman"/>
          <w:b/>
          <w:sz w:val="24"/>
          <w:szCs w:val="24"/>
        </w:rPr>
        <w:t xml:space="preserve"> TAK</w:t>
      </w:r>
    </w:p>
    <w:p w14:paraId="1AD1E910" w14:textId="77777777" w:rsidR="00471F73" w:rsidRPr="007C3BB5" w:rsidRDefault="00471F73">
      <w:pPr>
        <w:spacing w:after="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78"/>
        <w:gridCol w:w="5378"/>
      </w:tblGrid>
      <w:tr w:rsidR="009B5023" w:rsidRPr="007C3BB5" w14:paraId="630021E1" w14:textId="77777777" w:rsidTr="004817D6">
        <w:trPr>
          <w:trHeight w:val="2676"/>
          <w:jc w:val="center"/>
        </w:trPr>
        <w:tc>
          <w:tcPr>
            <w:tcW w:w="5383" w:type="dxa"/>
          </w:tcPr>
          <w:p w14:paraId="2294CCB8" w14:textId="3D3E8D5C" w:rsidR="00403B2E" w:rsidRPr="007C3BB5" w:rsidRDefault="00E4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BB5">
              <w:rPr>
                <w:rFonts w:ascii="Times New Roman" w:hAnsi="Times New Roman" w:cs="Times New Roman"/>
                <w:sz w:val="24"/>
                <w:szCs w:val="24"/>
              </w:rPr>
              <w:t>Miejscowość</w:t>
            </w:r>
            <w:proofErr w:type="spellEnd"/>
            <w:r w:rsidRPr="007C3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BB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D2F002E" w14:textId="77777777" w:rsidR="00403B2E" w:rsidRPr="007C3BB5" w:rsidRDefault="00403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0E05E" w14:textId="77777777" w:rsidR="00403B2E" w:rsidRDefault="00403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B2F77" w14:textId="77777777" w:rsidR="004817D6" w:rsidRPr="007C3BB5" w:rsidRDefault="00481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D6910" w14:textId="402C2DAB" w:rsidR="009B5023" w:rsidRPr="007C3BB5" w:rsidRDefault="00E4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B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</w:t>
            </w:r>
          </w:p>
        </w:tc>
        <w:tc>
          <w:tcPr>
            <w:tcW w:w="5383" w:type="dxa"/>
          </w:tcPr>
          <w:p w14:paraId="5BF1C0EF" w14:textId="77777777" w:rsidR="00403B2E" w:rsidRPr="007C3BB5" w:rsidRDefault="00E4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B5">
              <w:rPr>
                <w:rFonts w:ascii="Times New Roman" w:hAnsi="Times New Roman" w:cs="Times New Roman"/>
                <w:sz w:val="24"/>
                <w:szCs w:val="24"/>
              </w:rPr>
              <w:t>Podpis rodzica/opiekuna prawnego:</w:t>
            </w:r>
            <w:r w:rsidRPr="007C3BB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30CB17F" w14:textId="77777777" w:rsidR="00403B2E" w:rsidRPr="007C3BB5" w:rsidRDefault="00403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7FFF0" w14:textId="77777777" w:rsidR="00F921D6" w:rsidRDefault="00F921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89379" w14:textId="77777777" w:rsidR="004817D6" w:rsidRPr="007C3BB5" w:rsidRDefault="00481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445A1" w14:textId="751E1C13" w:rsidR="009B5023" w:rsidRPr="007C3BB5" w:rsidRDefault="00E4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BB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66"/>
      </w:tblGrid>
      <w:tr w:rsidR="009B5023" w:rsidRPr="007612CF" w14:paraId="59B0F6EA" w14:textId="77777777" w:rsidTr="007612CF">
        <w:trPr>
          <w:trHeight w:val="747"/>
          <w:jc w:val="center"/>
        </w:trPr>
        <w:tc>
          <w:tcPr>
            <w:tcW w:w="10766" w:type="dxa"/>
            <w:vAlign w:val="center"/>
          </w:tcPr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156"/>
              <w:gridCol w:w="5156"/>
            </w:tblGrid>
            <w:tr w:rsidR="00D70848" w:rsidRPr="00672CEE" w14:paraId="338BDDAE" w14:textId="77777777" w:rsidTr="00506731">
              <w:trPr>
                <w:jc w:val="center"/>
              </w:trPr>
              <w:tc>
                <w:tcPr>
                  <w:tcW w:w="5156" w:type="dxa"/>
                  <w:vAlign w:val="center"/>
                </w:tcPr>
                <w:p w14:paraId="126B51BD" w14:textId="77777777" w:rsidR="00D70848" w:rsidRPr="00672CEE" w:rsidRDefault="00D70848" w:rsidP="00D7084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2CE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Data </w:t>
                  </w:r>
                  <w:proofErr w:type="spellStart"/>
                  <w:r w:rsidRPr="00672CE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przyjęcia</w:t>
                  </w:r>
                  <w:proofErr w:type="spellEnd"/>
                  <w:r w:rsidRPr="00672CE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72CE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dokumentu</w:t>
                  </w:r>
                  <w:proofErr w:type="spellEnd"/>
                </w:p>
              </w:tc>
              <w:tc>
                <w:tcPr>
                  <w:tcW w:w="5156" w:type="dxa"/>
                  <w:vAlign w:val="center"/>
                </w:tcPr>
                <w:p w14:paraId="3A2B8B4D" w14:textId="77777777" w:rsidR="00D70848" w:rsidRPr="00672CEE" w:rsidRDefault="00D70848" w:rsidP="00D7084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72CE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Dokument</w:t>
                  </w:r>
                  <w:proofErr w:type="spellEnd"/>
                  <w:r w:rsidRPr="00672CE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72CE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przyjął</w:t>
                  </w:r>
                  <w:proofErr w:type="spellEnd"/>
                  <w:r w:rsidRPr="00672CE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/a</w:t>
                  </w:r>
                </w:p>
              </w:tc>
            </w:tr>
            <w:tr w:rsidR="00D70848" w:rsidRPr="00672CEE" w14:paraId="3B66B1D6" w14:textId="77777777" w:rsidTr="00506731">
              <w:trPr>
                <w:jc w:val="center"/>
              </w:trPr>
              <w:tc>
                <w:tcPr>
                  <w:tcW w:w="5156" w:type="dxa"/>
                  <w:vAlign w:val="center"/>
                </w:tcPr>
                <w:p w14:paraId="17C43022" w14:textId="77777777" w:rsidR="00D70848" w:rsidRPr="00672CEE" w:rsidRDefault="00D70848" w:rsidP="00D7084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2CEE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...</w:t>
                  </w:r>
                </w:p>
                <w:p w14:paraId="5C774C9C" w14:textId="77777777" w:rsidR="00D70848" w:rsidRPr="00672CEE" w:rsidRDefault="00D70848" w:rsidP="00D7084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2C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.................................................</w:t>
                  </w:r>
                </w:p>
              </w:tc>
              <w:tc>
                <w:tcPr>
                  <w:tcW w:w="5156" w:type="dxa"/>
                  <w:vAlign w:val="center"/>
                </w:tcPr>
                <w:p w14:paraId="67C2E8B7" w14:textId="77777777" w:rsidR="00D70848" w:rsidRPr="00672CEE" w:rsidRDefault="00D70848" w:rsidP="00D7084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2CEE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....................................................</w:t>
                  </w:r>
                </w:p>
              </w:tc>
            </w:tr>
          </w:tbl>
          <w:p w14:paraId="1720A043" w14:textId="13D4EFEB" w:rsidR="009B5023" w:rsidRPr="00D70848" w:rsidRDefault="009B5023" w:rsidP="00D708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tbl>
      <w:tblPr>
        <w:tblStyle w:val="Tabela-Siatka"/>
        <w:tblW w:w="10766" w:type="dxa"/>
        <w:jc w:val="center"/>
        <w:tblLook w:val="04A0" w:firstRow="1" w:lastRow="0" w:firstColumn="1" w:lastColumn="0" w:noHBand="0" w:noVBand="1"/>
      </w:tblPr>
      <w:tblGrid>
        <w:gridCol w:w="2692"/>
        <w:gridCol w:w="2692"/>
        <w:gridCol w:w="2690"/>
        <w:gridCol w:w="2692"/>
      </w:tblGrid>
      <w:tr w:rsidR="009B5023" w:rsidRPr="007612CF" w14:paraId="5BDE5926" w14:textId="77777777" w:rsidTr="00DC68E0">
        <w:trPr>
          <w:trHeight w:val="313"/>
          <w:jc w:val="center"/>
        </w:trPr>
        <w:tc>
          <w:tcPr>
            <w:tcW w:w="2692" w:type="dxa"/>
            <w:shd w:val="clear" w:color="auto" w:fill="E7E6E6"/>
          </w:tcPr>
          <w:p w14:paraId="74FD6145" w14:textId="77777777" w:rsidR="009B5023" w:rsidRPr="007612CF" w:rsidRDefault="00E465B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Weryfikacja</w:t>
            </w:r>
            <w:proofErr w:type="spellEnd"/>
          </w:p>
        </w:tc>
        <w:tc>
          <w:tcPr>
            <w:tcW w:w="2691" w:type="dxa"/>
            <w:shd w:val="clear" w:color="auto" w:fill="E7E6E6"/>
          </w:tcPr>
          <w:p w14:paraId="37899458" w14:textId="77777777" w:rsidR="009B5023" w:rsidRPr="007612CF" w:rsidRDefault="00E465B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TAK</w:t>
            </w:r>
          </w:p>
        </w:tc>
        <w:tc>
          <w:tcPr>
            <w:tcW w:w="2690" w:type="dxa"/>
            <w:shd w:val="clear" w:color="auto" w:fill="E7E6E6"/>
          </w:tcPr>
          <w:p w14:paraId="340CCC9C" w14:textId="77777777" w:rsidR="009B5023" w:rsidRPr="007612CF" w:rsidRDefault="00E465B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NIE</w:t>
            </w:r>
          </w:p>
        </w:tc>
        <w:tc>
          <w:tcPr>
            <w:tcW w:w="2691" w:type="dxa"/>
            <w:shd w:val="clear" w:color="auto" w:fill="E7E6E6"/>
          </w:tcPr>
          <w:p w14:paraId="6A1251F0" w14:textId="77777777" w:rsidR="009B5023" w:rsidRPr="007612CF" w:rsidRDefault="00E465B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Uwagi</w:t>
            </w:r>
          </w:p>
        </w:tc>
      </w:tr>
      <w:tr w:rsidR="009B5023" w:rsidRPr="007612CF" w14:paraId="5E4B8B81" w14:textId="77777777" w:rsidTr="00DC68E0">
        <w:trPr>
          <w:trHeight w:val="940"/>
          <w:jc w:val="center"/>
        </w:trPr>
        <w:tc>
          <w:tcPr>
            <w:tcW w:w="2692" w:type="dxa"/>
          </w:tcPr>
          <w:p w14:paraId="7C0EF565" w14:textId="77777777" w:rsidR="009B5023" w:rsidRPr="007612CF" w:rsidRDefault="00E465B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Dziecko uczęszcza do placówki objętej Projektem</w:t>
            </w:r>
          </w:p>
        </w:tc>
        <w:tc>
          <w:tcPr>
            <w:tcW w:w="2691" w:type="dxa"/>
          </w:tcPr>
          <w:p w14:paraId="64E927CA" w14:textId="77777777" w:rsidR="009B5023" w:rsidRPr="007612CF" w:rsidRDefault="00E465B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12CF">
              <w:rPr>
                <w:rFonts w:ascii="Segoe UI Symbol" w:hAnsi="Segoe UI Symbol" w:cs="Segoe UI Symbol"/>
                <w:sz w:val="24"/>
                <w:szCs w:val="24"/>
                <w:u w:val="single"/>
              </w:rPr>
              <w:t>☐</w:t>
            </w:r>
          </w:p>
        </w:tc>
        <w:tc>
          <w:tcPr>
            <w:tcW w:w="2690" w:type="dxa"/>
          </w:tcPr>
          <w:p w14:paraId="5FA85336" w14:textId="77777777" w:rsidR="009B5023" w:rsidRPr="007612CF" w:rsidRDefault="00E465B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12CF">
              <w:rPr>
                <w:rFonts w:ascii="Segoe UI Symbol" w:hAnsi="Segoe UI Symbol" w:cs="Segoe UI Symbol"/>
                <w:sz w:val="24"/>
                <w:szCs w:val="24"/>
                <w:u w:val="single"/>
              </w:rPr>
              <w:t>☐</w:t>
            </w:r>
          </w:p>
        </w:tc>
        <w:tc>
          <w:tcPr>
            <w:tcW w:w="2691" w:type="dxa"/>
          </w:tcPr>
          <w:p w14:paraId="578D2EDC" w14:textId="77777777" w:rsidR="009B5023" w:rsidRPr="007612CF" w:rsidRDefault="009B502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B5023" w:rsidRPr="007612CF" w14:paraId="0E7EE9DB" w14:textId="77777777" w:rsidTr="00DC68E0">
        <w:trPr>
          <w:trHeight w:val="613"/>
          <w:jc w:val="center"/>
        </w:trPr>
        <w:tc>
          <w:tcPr>
            <w:tcW w:w="2692" w:type="dxa"/>
          </w:tcPr>
          <w:p w14:paraId="1333CF0C" w14:textId="77777777" w:rsidR="009B5023" w:rsidRPr="007612CF" w:rsidRDefault="00E465B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Dokument jest kompletny i podpisany</w:t>
            </w:r>
          </w:p>
        </w:tc>
        <w:tc>
          <w:tcPr>
            <w:tcW w:w="2691" w:type="dxa"/>
          </w:tcPr>
          <w:p w14:paraId="459ACA83" w14:textId="77777777" w:rsidR="009B5023" w:rsidRPr="007612CF" w:rsidRDefault="00E465B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12CF">
              <w:rPr>
                <w:rFonts w:ascii="Segoe UI Symbol" w:hAnsi="Segoe UI Symbol" w:cs="Segoe UI Symbol"/>
                <w:sz w:val="24"/>
                <w:szCs w:val="24"/>
                <w:u w:val="single"/>
              </w:rPr>
              <w:t>☐</w:t>
            </w:r>
          </w:p>
        </w:tc>
        <w:tc>
          <w:tcPr>
            <w:tcW w:w="2690" w:type="dxa"/>
          </w:tcPr>
          <w:p w14:paraId="5E57E48C" w14:textId="77777777" w:rsidR="009B5023" w:rsidRPr="007612CF" w:rsidRDefault="00E465B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12CF">
              <w:rPr>
                <w:rFonts w:ascii="Segoe UI Symbol" w:hAnsi="Segoe UI Symbol" w:cs="Segoe UI Symbol"/>
                <w:sz w:val="24"/>
                <w:szCs w:val="24"/>
                <w:u w:val="single"/>
              </w:rPr>
              <w:t>☐</w:t>
            </w:r>
          </w:p>
        </w:tc>
        <w:tc>
          <w:tcPr>
            <w:tcW w:w="2691" w:type="dxa"/>
          </w:tcPr>
          <w:p w14:paraId="6CE7AA58" w14:textId="77777777" w:rsidR="009B5023" w:rsidRPr="007612CF" w:rsidRDefault="009B502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B5023" w:rsidRPr="007612CF" w14:paraId="644B751F" w14:textId="77777777" w:rsidTr="00DC68E0">
        <w:trPr>
          <w:trHeight w:val="626"/>
          <w:jc w:val="center"/>
        </w:trPr>
        <w:tc>
          <w:tcPr>
            <w:tcW w:w="2692" w:type="dxa"/>
          </w:tcPr>
          <w:p w14:paraId="35DE4203" w14:textId="77777777" w:rsidR="009B5023" w:rsidRPr="007612CF" w:rsidRDefault="00E465B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Spełniono warunki udziału w Projekcie</w:t>
            </w:r>
          </w:p>
        </w:tc>
        <w:tc>
          <w:tcPr>
            <w:tcW w:w="2691" w:type="dxa"/>
          </w:tcPr>
          <w:p w14:paraId="2A97438F" w14:textId="77777777" w:rsidR="009B5023" w:rsidRPr="007612CF" w:rsidRDefault="00E465B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12CF">
              <w:rPr>
                <w:rFonts w:ascii="Segoe UI Symbol" w:hAnsi="Segoe UI Symbol" w:cs="Segoe UI Symbol"/>
                <w:sz w:val="24"/>
                <w:szCs w:val="24"/>
                <w:u w:val="single"/>
              </w:rPr>
              <w:t>☐</w:t>
            </w:r>
          </w:p>
        </w:tc>
        <w:tc>
          <w:tcPr>
            <w:tcW w:w="2690" w:type="dxa"/>
          </w:tcPr>
          <w:p w14:paraId="08078FF5" w14:textId="77777777" w:rsidR="009B5023" w:rsidRPr="007612CF" w:rsidRDefault="00E465B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12CF">
              <w:rPr>
                <w:rFonts w:ascii="Segoe UI Symbol" w:hAnsi="Segoe UI Symbol" w:cs="Segoe UI Symbol"/>
                <w:sz w:val="24"/>
                <w:szCs w:val="24"/>
                <w:u w:val="single"/>
              </w:rPr>
              <w:t>☐</w:t>
            </w:r>
          </w:p>
        </w:tc>
        <w:tc>
          <w:tcPr>
            <w:tcW w:w="2691" w:type="dxa"/>
          </w:tcPr>
          <w:p w14:paraId="252A56AA" w14:textId="77777777" w:rsidR="009B5023" w:rsidRPr="007612CF" w:rsidRDefault="009B502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B5023" w:rsidRPr="007612CF" w14:paraId="1D3A8E8A" w14:textId="77777777" w:rsidTr="00DC68E0">
        <w:trPr>
          <w:trHeight w:val="722"/>
          <w:jc w:val="center"/>
        </w:trPr>
        <w:tc>
          <w:tcPr>
            <w:tcW w:w="5384" w:type="dxa"/>
            <w:gridSpan w:val="2"/>
          </w:tcPr>
          <w:p w14:paraId="6B06C7FB" w14:textId="77777777" w:rsidR="0015189A" w:rsidRPr="007612CF" w:rsidRDefault="00E465B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Decyzja</w:t>
            </w:r>
            <w:proofErr w:type="spellEnd"/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 </w:t>
            </w:r>
            <w:r w:rsidRPr="007612CF">
              <w:rPr>
                <w:rFonts w:ascii="Segoe UI Symbol" w:hAnsi="Segoe UI Symbol" w:cs="Segoe UI Symbol"/>
                <w:sz w:val="24"/>
                <w:szCs w:val="24"/>
                <w:u w:val="single"/>
              </w:rPr>
              <w:t>☐</w:t>
            </w:r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ZAKWALIFIKOWANO</w:t>
            </w:r>
          </w:p>
          <w:p w14:paraId="3DD91D66" w14:textId="468DDC65" w:rsidR="009B5023" w:rsidRPr="007612CF" w:rsidRDefault="00E465B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15189A"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</w:t>
            </w:r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7612CF">
              <w:rPr>
                <w:rFonts w:ascii="Segoe UI Symbol" w:hAnsi="Segoe UI Symbol" w:cs="Segoe UI Symbol"/>
                <w:sz w:val="24"/>
                <w:szCs w:val="24"/>
                <w:u w:val="single"/>
              </w:rPr>
              <w:t>☐</w:t>
            </w:r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NIE ZAKWALIFIKOWANO</w:t>
            </w:r>
          </w:p>
        </w:tc>
        <w:tc>
          <w:tcPr>
            <w:tcW w:w="5382" w:type="dxa"/>
            <w:gridSpan w:val="2"/>
          </w:tcPr>
          <w:p w14:paraId="4D49A48D" w14:textId="42478730" w:rsidR="009B5023" w:rsidRPr="007612CF" w:rsidRDefault="00E465B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Data: </w:t>
            </w:r>
          </w:p>
        </w:tc>
      </w:tr>
      <w:tr w:rsidR="000238B7" w:rsidRPr="007612CF" w14:paraId="306EF493" w14:textId="77777777" w:rsidTr="00DC68E0">
        <w:trPr>
          <w:trHeight w:val="722"/>
          <w:jc w:val="center"/>
        </w:trPr>
        <w:tc>
          <w:tcPr>
            <w:tcW w:w="5384" w:type="dxa"/>
            <w:gridSpan w:val="2"/>
          </w:tcPr>
          <w:p w14:paraId="64DE212E" w14:textId="4F06D676" w:rsidR="000238B7" w:rsidRPr="007612CF" w:rsidRDefault="000238B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Planowana</w:t>
            </w:r>
            <w:proofErr w:type="spellEnd"/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data </w:t>
            </w:r>
            <w:proofErr w:type="spellStart"/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zakończenia</w:t>
            </w:r>
            <w:proofErr w:type="spellEnd"/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</w:t>
            </w:r>
            <w:r w:rsidR="00826A73"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ukacji</w:t>
            </w:r>
            <w:proofErr w:type="spellEnd"/>
            <w:r w:rsidR="00826A73"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w </w:t>
            </w:r>
            <w:proofErr w:type="spellStart"/>
            <w:r w:rsidR="00826A73"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placówce</w:t>
            </w:r>
            <w:proofErr w:type="spellEnd"/>
            <w:r w:rsidR="00826A73"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826A73"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edukacyjnej</w:t>
            </w:r>
            <w:proofErr w:type="spellEnd"/>
            <w:r w:rsidR="00826A73"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826A73"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dziecka</w:t>
            </w:r>
            <w:proofErr w:type="spellEnd"/>
            <w:r w:rsidR="00826A73"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826A73"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zakwalifikowanego</w:t>
            </w:r>
            <w:proofErr w:type="spellEnd"/>
          </w:p>
        </w:tc>
        <w:tc>
          <w:tcPr>
            <w:tcW w:w="5382" w:type="dxa"/>
            <w:gridSpan w:val="2"/>
          </w:tcPr>
          <w:p w14:paraId="38ABC345" w14:textId="77777777" w:rsidR="000238B7" w:rsidRPr="007612CF" w:rsidRDefault="000238B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B5023" w:rsidRPr="007612CF" w14:paraId="3B30557E" w14:textId="77777777" w:rsidTr="00DC68E0">
        <w:trPr>
          <w:trHeight w:val="313"/>
          <w:jc w:val="center"/>
        </w:trPr>
        <w:tc>
          <w:tcPr>
            <w:tcW w:w="5384" w:type="dxa"/>
            <w:gridSpan w:val="2"/>
          </w:tcPr>
          <w:p w14:paraId="6A7B0B63" w14:textId="31E9E251" w:rsidR="009B5023" w:rsidRPr="007612CF" w:rsidRDefault="00E465B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Podpis</w:t>
            </w:r>
            <w:proofErr w:type="spellEnd"/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osoby</w:t>
            </w:r>
            <w:proofErr w:type="spellEnd"/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proofErr w:type="spellStart"/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osób</w:t>
            </w:r>
            <w:proofErr w:type="spellEnd"/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weryfikujących</w:t>
            </w:r>
            <w:proofErr w:type="spellEnd"/>
            <w:r w:rsidRPr="007612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</w:p>
        </w:tc>
        <w:tc>
          <w:tcPr>
            <w:tcW w:w="5382" w:type="dxa"/>
            <w:gridSpan w:val="2"/>
          </w:tcPr>
          <w:p w14:paraId="036DE2A6" w14:textId="77777777" w:rsidR="009B5023" w:rsidRPr="007612CF" w:rsidRDefault="009B502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D70CB35" w14:textId="49703B41" w:rsidR="00DC68E0" w:rsidRPr="007612CF" w:rsidRDefault="00DC68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348ECDE2" w14:textId="216D4DA0" w:rsidR="00471F73" w:rsidRDefault="00471F73">
      <w:pPr>
        <w:spacing w:before="60" w:after="0"/>
        <w:rPr>
          <w:rFonts w:ascii="Times New Roman" w:hAnsi="Times New Roman" w:cs="Times New Roman"/>
          <w:b/>
          <w:sz w:val="24"/>
          <w:szCs w:val="24"/>
        </w:rPr>
      </w:pPr>
    </w:p>
    <w:p w14:paraId="7947C611" w14:textId="22E96DF2" w:rsidR="000238B7" w:rsidRPr="007C3BB5" w:rsidRDefault="000238B7">
      <w:pPr>
        <w:spacing w:before="60" w:after="0"/>
        <w:rPr>
          <w:rFonts w:ascii="Times New Roman" w:hAnsi="Times New Roman" w:cs="Times New Roman"/>
          <w:b/>
          <w:sz w:val="24"/>
          <w:szCs w:val="24"/>
        </w:rPr>
      </w:pPr>
    </w:p>
    <w:p w14:paraId="484CA72D" w14:textId="425D17A0" w:rsidR="009B5023" w:rsidRPr="007C3BB5" w:rsidRDefault="0097786D">
      <w:pPr>
        <w:spacing w:before="60" w:after="0"/>
        <w:rPr>
          <w:rFonts w:ascii="Times New Roman" w:hAnsi="Times New Roman" w:cs="Times New Roman"/>
          <w:sz w:val="24"/>
          <w:szCs w:val="24"/>
        </w:rPr>
      </w:pPr>
      <w:r w:rsidRPr="007C3B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9B5023" w:rsidRPr="007C3BB5" w:rsidSect="00034616">
      <w:headerReference w:type="default" r:id="rId9"/>
      <w:pgSz w:w="12240" w:h="15840"/>
      <w:pgMar w:top="680" w:right="737" w:bottom="680" w:left="7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1323D" w14:textId="77777777" w:rsidR="00026A3D" w:rsidRDefault="00026A3D" w:rsidP="009F32F8">
      <w:pPr>
        <w:spacing w:after="0" w:line="240" w:lineRule="auto"/>
      </w:pPr>
      <w:r>
        <w:separator/>
      </w:r>
    </w:p>
  </w:endnote>
  <w:endnote w:type="continuationSeparator" w:id="0">
    <w:p w14:paraId="51B9121D" w14:textId="77777777" w:rsidR="00026A3D" w:rsidRDefault="00026A3D" w:rsidP="009F3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230C8" w14:textId="77777777" w:rsidR="00026A3D" w:rsidRDefault="00026A3D" w:rsidP="009F32F8">
      <w:pPr>
        <w:spacing w:after="0" w:line="240" w:lineRule="auto"/>
      </w:pPr>
      <w:r>
        <w:separator/>
      </w:r>
    </w:p>
  </w:footnote>
  <w:footnote w:type="continuationSeparator" w:id="0">
    <w:p w14:paraId="1A051B41" w14:textId="77777777" w:rsidR="00026A3D" w:rsidRDefault="00026A3D" w:rsidP="009F3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CB50" w14:textId="4129F7E8" w:rsidR="009F32F8" w:rsidRDefault="009F32F8">
    <w:pPr>
      <w:pStyle w:val="Nagwek"/>
    </w:pPr>
    <w:r w:rsidRPr="008658B7"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 wp14:anchorId="0218498A" wp14:editId="683496EF">
          <wp:simplePos x="0" y="0"/>
          <wp:positionH relativeFrom="margin">
            <wp:align>right</wp:align>
          </wp:positionH>
          <wp:positionV relativeFrom="paragraph">
            <wp:posOffset>-457200</wp:posOffset>
          </wp:positionV>
          <wp:extent cx="6876415" cy="561975"/>
          <wp:effectExtent l="0" t="0" r="635" b="9525"/>
          <wp:wrapNone/>
          <wp:docPr id="8032837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28374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4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1292747"/>
    <w:multiLevelType w:val="hybridMultilevel"/>
    <w:tmpl w:val="BA5A8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782242">
    <w:abstractNumId w:val="8"/>
  </w:num>
  <w:num w:numId="2" w16cid:durableId="1180969905">
    <w:abstractNumId w:val="6"/>
  </w:num>
  <w:num w:numId="3" w16cid:durableId="1058668738">
    <w:abstractNumId w:val="5"/>
  </w:num>
  <w:num w:numId="4" w16cid:durableId="1223828412">
    <w:abstractNumId w:val="4"/>
  </w:num>
  <w:num w:numId="5" w16cid:durableId="1814371331">
    <w:abstractNumId w:val="7"/>
  </w:num>
  <w:num w:numId="6" w16cid:durableId="390661904">
    <w:abstractNumId w:val="3"/>
  </w:num>
  <w:num w:numId="7" w16cid:durableId="1134106728">
    <w:abstractNumId w:val="2"/>
  </w:num>
  <w:num w:numId="8" w16cid:durableId="357199345">
    <w:abstractNumId w:val="1"/>
  </w:num>
  <w:num w:numId="9" w16cid:durableId="167795821">
    <w:abstractNumId w:val="0"/>
  </w:num>
  <w:num w:numId="10" w16cid:durableId="561264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3629479-0CE0-4523-B144-3C72102037E0}"/>
  </w:docVars>
  <w:rsids>
    <w:rsidRoot w:val="00B47730"/>
    <w:rsid w:val="000238B7"/>
    <w:rsid w:val="00026A3D"/>
    <w:rsid w:val="00034616"/>
    <w:rsid w:val="0006063C"/>
    <w:rsid w:val="00095A5C"/>
    <w:rsid w:val="000A372D"/>
    <w:rsid w:val="000D2A18"/>
    <w:rsid w:val="0015074B"/>
    <w:rsid w:val="0015189A"/>
    <w:rsid w:val="00185F71"/>
    <w:rsid w:val="00212863"/>
    <w:rsid w:val="0025027E"/>
    <w:rsid w:val="002801F0"/>
    <w:rsid w:val="00291231"/>
    <w:rsid w:val="0029639D"/>
    <w:rsid w:val="002A57DD"/>
    <w:rsid w:val="002D16C6"/>
    <w:rsid w:val="00326F90"/>
    <w:rsid w:val="003B5764"/>
    <w:rsid w:val="003C7337"/>
    <w:rsid w:val="00403B2E"/>
    <w:rsid w:val="00435194"/>
    <w:rsid w:val="004548CD"/>
    <w:rsid w:val="00471F73"/>
    <w:rsid w:val="004817D6"/>
    <w:rsid w:val="00491873"/>
    <w:rsid w:val="004A2AFC"/>
    <w:rsid w:val="004E03D0"/>
    <w:rsid w:val="004F0FEF"/>
    <w:rsid w:val="00556B1E"/>
    <w:rsid w:val="00574CF6"/>
    <w:rsid w:val="005A35A8"/>
    <w:rsid w:val="006250D8"/>
    <w:rsid w:val="00677B9E"/>
    <w:rsid w:val="006D1110"/>
    <w:rsid w:val="00704F76"/>
    <w:rsid w:val="00733A87"/>
    <w:rsid w:val="007579E1"/>
    <w:rsid w:val="007612CF"/>
    <w:rsid w:val="00766303"/>
    <w:rsid w:val="00775545"/>
    <w:rsid w:val="007C3BB5"/>
    <w:rsid w:val="00826A73"/>
    <w:rsid w:val="00871498"/>
    <w:rsid w:val="008C6A7B"/>
    <w:rsid w:val="0097786D"/>
    <w:rsid w:val="009B0143"/>
    <w:rsid w:val="009B5023"/>
    <w:rsid w:val="009D22E6"/>
    <w:rsid w:val="009F32F8"/>
    <w:rsid w:val="00A54839"/>
    <w:rsid w:val="00A76B58"/>
    <w:rsid w:val="00AA1D8D"/>
    <w:rsid w:val="00AF34AE"/>
    <w:rsid w:val="00B20331"/>
    <w:rsid w:val="00B47730"/>
    <w:rsid w:val="00BE5917"/>
    <w:rsid w:val="00C16437"/>
    <w:rsid w:val="00C83A88"/>
    <w:rsid w:val="00C95085"/>
    <w:rsid w:val="00CB0664"/>
    <w:rsid w:val="00D70848"/>
    <w:rsid w:val="00DC68E0"/>
    <w:rsid w:val="00DC6C31"/>
    <w:rsid w:val="00DF10A0"/>
    <w:rsid w:val="00DF4584"/>
    <w:rsid w:val="00E465B2"/>
    <w:rsid w:val="00EC1321"/>
    <w:rsid w:val="00F6227F"/>
    <w:rsid w:val="00F838AE"/>
    <w:rsid w:val="00F921D6"/>
    <w:rsid w:val="00FC693F"/>
    <w:rsid w:val="00FC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7AFB771"/>
  <w14:defaultImageDpi w14:val="330"/>
  <w15:docId w15:val="{0B696C91-7265-4A84-9394-2D595A6B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5B7E56C6-CB71-429B-A960-0F22B2160E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629479-0CE0-4523-B144-3C72102037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535</Words>
  <Characters>3214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Aneta</cp:lastModifiedBy>
  <cp:revision>3</cp:revision>
  <cp:lastPrinted>2026-08-26T09:44:00Z</cp:lastPrinted>
  <dcterms:created xsi:type="dcterms:W3CDTF">2026-08-26T09:48:00Z</dcterms:created>
  <dcterms:modified xsi:type="dcterms:W3CDTF">2026-08-26T10:53:00Z</dcterms:modified>
  <cp:category/>
</cp:coreProperties>
</file>