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B8CE" w14:textId="0ED8D634" w:rsidR="00BD7F6F" w:rsidRPr="008F6296" w:rsidRDefault="00BD7F6F" w:rsidP="00BD7F6F">
      <w:pPr>
        <w:pStyle w:val="Bezodstpw"/>
        <w:jc w:val="right"/>
        <w:rPr>
          <w:sz w:val="20"/>
          <w:szCs w:val="20"/>
        </w:rPr>
      </w:pPr>
      <w:proofErr w:type="spellStart"/>
      <w:r w:rsidRPr="008F6296">
        <w:rPr>
          <w:sz w:val="20"/>
          <w:szCs w:val="20"/>
        </w:rPr>
        <w:t>Załącznik</w:t>
      </w:r>
      <w:proofErr w:type="spellEnd"/>
      <w:r w:rsidRPr="008F6296">
        <w:rPr>
          <w:sz w:val="20"/>
          <w:szCs w:val="20"/>
        </w:rPr>
        <w:t xml:space="preserve"> nr </w:t>
      </w:r>
      <w:r>
        <w:rPr>
          <w:sz w:val="20"/>
          <w:szCs w:val="20"/>
        </w:rPr>
        <w:t>1</w:t>
      </w:r>
    </w:p>
    <w:p w14:paraId="2F047255" w14:textId="77777777" w:rsidR="00BD7F6F" w:rsidRDefault="00BD7F6F" w:rsidP="00BD7F6F">
      <w:pPr>
        <w:pStyle w:val="Bezodstpw"/>
        <w:jc w:val="right"/>
        <w:rPr>
          <w:sz w:val="20"/>
          <w:szCs w:val="20"/>
        </w:rPr>
      </w:pPr>
      <w:proofErr w:type="spellStart"/>
      <w:r w:rsidRPr="008F6296">
        <w:rPr>
          <w:sz w:val="20"/>
          <w:szCs w:val="20"/>
        </w:rPr>
        <w:t>do</w:t>
      </w:r>
      <w:proofErr w:type="spellEnd"/>
      <w:r w:rsidRPr="008F6296">
        <w:rPr>
          <w:sz w:val="20"/>
          <w:szCs w:val="20"/>
        </w:rPr>
        <w:t xml:space="preserve"> </w:t>
      </w:r>
      <w:proofErr w:type="spellStart"/>
      <w:r w:rsidRPr="008F6296">
        <w:rPr>
          <w:sz w:val="20"/>
          <w:szCs w:val="20"/>
        </w:rPr>
        <w:t>Regulaminu</w:t>
      </w:r>
      <w:proofErr w:type="spellEnd"/>
      <w:r w:rsidRPr="008F6296">
        <w:rPr>
          <w:sz w:val="20"/>
          <w:szCs w:val="20"/>
        </w:rPr>
        <w:t xml:space="preserve"> </w:t>
      </w:r>
      <w:proofErr w:type="spellStart"/>
      <w:r w:rsidRPr="008F6296">
        <w:rPr>
          <w:sz w:val="20"/>
          <w:szCs w:val="20"/>
        </w:rPr>
        <w:t>uczestnictwa</w:t>
      </w:r>
      <w:proofErr w:type="spellEnd"/>
      <w:r w:rsidRPr="008F6296">
        <w:rPr>
          <w:sz w:val="20"/>
          <w:szCs w:val="20"/>
        </w:rPr>
        <w:t xml:space="preserve"> w </w:t>
      </w:r>
      <w:proofErr w:type="spellStart"/>
      <w:r w:rsidRPr="008F6296">
        <w:rPr>
          <w:sz w:val="20"/>
          <w:szCs w:val="20"/>
        </w:rPr>
        <w:t>Projekcie</w:t>
      </w:r>
      <w:proofErr w:type="spellEnd"/>
    </w:p>
    <w:p w14:paraId="349FDA89" w14:textId="77777777" w:rsidR="0072507F" w:rsidRDefault="0072507F" w:rsidP="00E2041C">
      <w:pPr>
        <w:spacing w:after="60"/>
        <w:rPr>
          <w:b/>
          <w:sz w:val="26"/>
        </w:rPr>
      </w:pPr>
    </w:p>
    <w:p w14:paraId="71DC58BE" w14:textId="77777777" w:rsidR="006002D5" w:rsidRDefault="006002D5" w:rsidP="00E2041C">
      <w:pPr>
        <w:spacing w:after="60"/>
        <w:rPr>
          <w:b/>
          <w:sz w:val="26"/>
        </w:rPr>
      </w:pPr>
    </w:p>
    <w:p w14:paraId="0EB7D228" w14:textId="52D44675" w:rsidR="00E029CC" w:rsidRPr="00672CEE" w:rsidRDefault="0081084F" w:rsidP="0072507F">
      <w:pPr>
        <w:spacing w:after="60"/>
        <w:jc w:val="center"/>
        <w:rPr>
          <w:rFonts w:ascii="Times New Roman" w:hAnsi="Times New Roman" w:cs="Times New Roman"/>
          <w:b/>
          <w:sz w:val="26"/>
        </w:rPr>
      </w:pPr>
      <w:r w:rsidRPr="00672CEE">
        <w:rPr>
          <w:rFonts w:ascii="Times New Roman" w:hAnsi="Times New Roman" w:cs="Times New Roman"/>
          <w:b/>
          <w:sz w:val="26"/>
        </w:rPr>
        <w:t>FORMULARZ ZGŁOSZENIOWY I DEKLARACJA UCZESTNICTWA DZIECKA</w:t>
      </w:r>
    </w:p>
    <w:p w14:paraId="0424BA5B" w14:textId="77777777" w:rsidR="0072507F" w:rsidRPr="00672CEE" w:rsidRDefault="0072507F">
      <w:pPr>
        <w:spacing w:after="60"/>
        <w:jc w:val="center"/>
        <w:rPr>
          <w:rFonts w:ascii="Times New Roman" w:hAnsi="Times New Roman" w:cs="Times New Roman"/>
        </w:rPr>
      </w:pPr>
    </w:p>
    <w:p w14:paraId="3D0601A1" w14:textId="77777777" w:rsidR="00E029CC" w:rsidRPr="00672CEE" w:rsidRDefault="0081084F" w:rsidP="0072507F">
      <w:pPr>
        <w:spacing w:after="60"/>
        <w:jc w:val="center"/>
        <w:rPr>
          <w:rFonts w:ascii="Times New Roman" w:hAnsi="Times New Roman" w:cs="Times New Roman"/>
          <w:b/>
          <w:sz w:val="20"/>
        </w:rPr>
      </w:pPr>
      <w:r w:rsidRPr="00672CEE">
        <w:rPr>
          <w:rFonts w:ascii="Times New Roman" w:hAnsi="Times New Roman" w:cs="Times New Roman"/>
          <w:b/>
          <w:sz w:val="20"/>
        </w:rPr>
        <w:t xml:space="preserve">w </w:t>
      </w:r>
      <w:proofErr w:type="spellStart"/>
      <w:r w:rsidRPr="00672CEE">
        <w:rPr>
          <w:rFonts w:ascii="Times New Roman" w:hAnsi="Times New Roman" w:cs="Times New Roman"/>
          <w:b/>
          <w:sz w:val="20"/>
        </w:rPr>
        <w:t>Projekcie</w:t>
      </w:r>
      <w:proofErr w:type="spellEnd"/>
      <w:r w:rsidRPr="00672CEE">
        <w:rPr>
          <w:rFonts w:ascii="Times New Roman" w:hAnsi="Times New Roman" w:cs="Times New Roman"/>
          <w:b/>
          <w:sz w:val="20"/>
        </w:rPr>
        <w:t xml:space="preserve"> „</w:t>
      </w:r>
      <w:proofErr w:type="spellStart"/>
      <w:r w:rsidRPr="00672CEE">
        <w:rPr>
          <w:rFonts w:ascii="Times New Roman" w:hAnsi="Times New Roman" w:cs="Times New Roman"/>
          <w:b/>
          <w:sz w:val="20"/>
        </w:rPr>
        <w:t>Wprowadzenie</w:t>
      </w:r>
      <w:proofErr w:type="spellEnd"/>
      <w:r w:rsidRPr="00672CEE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0"/>
        </w:rPr>
        <w:t>nauczania</w:t>
      </w:r>
      <w:proofErr w:type="spellEnd"/>
      <w:r w:rsidRPr="00672CEE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0"/>
        </w:rPr>
        <w:t>dwujęzycznego</w:t>
      </w:r>
      <w:proofErr w:type="spellEnd"/>
      <w:r w:rsidRPr="00672CEE">
        <w:rPr>
          <w:rFonts w:ascii="Times New Roman" w:hAnsi="Times New Roman" w:cs="Times New Roman"/>
          <w:b/>
          <w:sz w:val="20"/>
        </w:rPr>
        <w:t xml:space="preserve"> w </w:t>
      </w:r>
      <w:proofErr w:type="spellStart"/>
      <w:r w:rsidRPr="00672CEE">
        <w:rPr>
          <w:rFonts w:ascii="Times New Roman" w:hAnsi="Times New Roman" w:cs="Times New Roman"/>
          <w:b/>
          <w:sz w:val="20"/>
        </w:rPr>
        <w:t>zakresie</w:t>
      </w:r>
      <w:proofErr w:type="spellEnd"/>
      <w:r w:rsidRPr="00672CEE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0"/>
        </w:rPr>
        <w:t>języka</w:t>
      </w:r>
      <w:proofErr w:type="spellEnd"/>
      <w:r w:rsidRPr="00672CEE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0"/>
        </w:rPr>
        <w:t>angielskiego</w:t>
      </w:r>
      <w:proofErr w:type="spellEnd"/>
      <w:r w:rsidRPr="00672CEE">
        <w:rPr>
          <w:rFonts w:ascii="Times New Roman" w:hAnsi="Times New Roman" w:cs="Times New Roman"/>
          <w:b/>
          <w:sz w:val="20"/>
        </w:rPr>
        <w:t xml:space="preserve"> w OWP w </w:t>
      </w:r>
      <w:proofErr w:type="spellStart"/>
      <w:r w:rsidRPr="00672CEE">
        <w:rPr>
          <w:rFonts w:ascii="Times New Roman" w:hAnsi="Times New Roman" w:cs="Times New Roman"/>
          <w:b/>
          <w:sz w:val="20"/>
        </w:rPr>
        <w:t>Gminie</w:t>
      </w:r>
      <w:proofErr w:type="spellEnd"/>
      <w:r w:rsidRPr="00672CEE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0"/>
        </w:rPr>
        <w:t>Skrzyszów</w:t>
      </w:r>
      <w:proofErr w:type="spellEnd"/>
      <w:r w:rsidRPr="00672CEE">
        <w:rPr>
          <w:rFonts w:ascii="Times New Roman" w:hAnsi="Times New Roman" w:cs="Times New Roman"/>
          <w:b/>
          <w:sz w:val="20"/>
        </w:rPr>
        <w:t>”</w:t>
      </w:r>
    </w:p>
    <w:p w14:paraId="2A7940B3" w14:textId="77777777" w:rsidR="00E029CC" w:rsidRPr="00672CEE" w:rsidRDefault="0081084F" w:rsidP="0072507F">
      <w:pPr>
        <w:jc w:val="center"/>
        <w:rPr>
          <w:rFonts w:ascii="Times New Roman" w:hAnsi="Times New Roman" w:cs="Times New Roman"/>
          <w:sz w:val="17"/>
        </w:rPr>
      </w:pPr>
      <w:r w:rsidRPr="00672CEE">
        <w:rPr>
          <w:rFonts w:ascii="Times New Roman" w:hAnsi="Times New Roman" w:cs="Times New Roman"/>
          <w:sz w:val="17"/>
        </w:rPr>
        <w:t xml:space="preserve">Nr </w:t>
      </w:r>
      <w:proofErr w:type="spellStart"/>
      <w:r w:rsidRPr="00672CEE">
        <w:rPr>
          <w:rFonts w:ascii="Times New Roman" w:hAnsi="Times New Roman" w:cs="Times New Roman"/>
          <w:sz w:val="17"/>
        </w:rPr>
        <w:t>projektu</w:t>
      </w:r>
      <w:proofErr w:type="spellEnd"/>
      <w:r w:rsidRPr="00672CEE">
        <w:rPr>
          <w:rFonts w:ascii="Times New Roman" w:hAnsi="Times New Roman" w:cs="Times New Roman"/>
          <w:sz w:val="17"/>
        </w:rPr>
        <w:t xml:space="preserve">: FEMP.06.29-IP.01-0608/25 | </w:t>
      </w:r>
      <w:proofErr w:type="spellStart"/>
      <w:r w:rsidRPr="00672CEE">
        <w:rPr>
          <w:rFonts w:ascii="Times New Roman" w:hAnsi="Times New Roman" w:cs="Times New Roman"/>
          <w:sz w:val="17"/>
        </w:rPr>
        <w:t>Fundusze</w:t>
      </w:r>
      <w:proofErr w:type="spellEnd"/>
      <w:r w:rsidRPr="00672CEE">
        <w:rPr>
          <w:rFonts w:ascii="Times New Roman" w:hAnsi="Times New Roman" w:cs="Times New Roman"/>
          <w:sz w:val="17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17"/>
        </w:rPr>
        <w:t>Europejskie</w:t>
      </w:r>
      <w:proofErr w:type="spellEnd"/>
      <w:r w:rsidRPr="00672CEE">
        <w:rPr>
          <w:rFonts w:ascii="Times New Roman" w:hAnsi="Times New Roman" w:cs="Times New Roman"/>
          <w:sz w:val="17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17"/>
        </w:rPr>
        <w:t>dla</w:t>
      </w:r>
      <w:proofErr w:type="spellEnd"/>
      <w:r w:rsidRPr="00672CEE">
        <w:rPr>
          <w:rFonts w:ascii="Times New Roman" w:hAnsi="Times New Roman" w:cs="Times New Roman"/>
          <w:sz w:val="17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17"/>
        </w:rPr>
        <w:t>Małopolski</w:t>
      </w:r>
      <w:proofErr w:type="spellEnd"/>
      <w:r w:rsidRPr="00672CEE">
        <w:rPr>
          <w:rFonts w:ascii="Times New Roman" w:hAnsi="Times New Roman" w:cs="Times New Roman"/>
          <w:sz w:val="17"/>
        </w:rPr>
        <w:t xml:space="preserve"> 2021–2027 | EFS+</w:t>
      </w:r>
    </w:p>
    <w:p w14:paraId="10D93DC7" w14:textId="77777777" w:rsidR="0026123E" w:rsidRPr="00672CEE" w:rsidRDefault="0026123E" w:rsidP="0072507F">
      <w:pPr>
        <w:jc w:val="center"/>
        <w:rPr>
          <w:rFonts w:ascii="Times New Roman" w:hAnsi="Times New Roman" w:cs="Times New Roman"/>
        </w:rPr>
      </w:pPr>
    </w:p>
    <w:p w14:paraId="6CC0460C" w14:textId="6AD244EF" w:rsidR="0072507F" w:rsidRPr="00672CEE" w:rsidRDefault="0081084F" w:rsidP="0026123E">
      <w:pPr>
        <w:pStyle w:val="Akapitzlist"/>
        <w:numPr>
          <w:ilvl w:val="0"/>
          <w:numId w:val="10"/>
        </w:numPr>
        <w:spacing w:before="100" w:after="60"/>
        <w:rPr>
          <w:rFonts w:ascii="Times New Roman" w:hAnsi="Times New Roman" w:cs="Times New Roman"/>
          <w:b/>
          <w:sz w:val="24"/>
          <w:szCs w:val="24"/>
        </w:rPr>
      </w:pPr>
      <w:r w:rsidRPr="00672CEE">
        <w:rPr>
          <w:rFonts w:ascii="Times New Roman" w:hAnsi="Times New Roman" w:cs="Times New Roman"/>
          <w:b/>
          <w:sz w:val="24"/>
          <w:szCs w:val="24"/>
        </w:rPr>
        <w:t>DANE DZIECKA – UCZESTNIKA PROJEKTU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6524"/>
      </w:tblGrid>
      <w:tr w:rsidR="00E029CC" w:rsidRPr="00672CEE" w14:paraId="424954FD" w14:textId="77777777" w:rsidTr="0090401B">
        <w:trPr>
          <w:trHeight w:val="322"/>
          <w:jc w:val="center"/>
        </w:trPr>
        <w:tc>
          <w:tcPr>
            <w:tcW w:w="3114" w:type="dxa"/>
            <w:vAlign w:val="center"/>
          </w:tcPr>
          <w:p w14:paraId="792E36D8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Imię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nazwisko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dziecka</w:t>
            </w:r>
            <w:proofErr w:type="spellEnd"/>
          </w:p>
        </w:tc>
        <w:tc>
          <w:tcPr>
            <w:tcW w:w="6524" w:type="dxa"/>
            <w:vAlign w:val="center"/>
          </w:tcPr>
          <w:p w14:paraId="7CFAF300" w14:textId="77777777" w:rsidR="00E029CC" w:rsidRPr="00672CEE" w:rsidRDefault="00E02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9CC" w:rsidRPr="00672CEE" w14:paraId="4E384ED1" w14:textId="77777777" w:rsidTr="0090401B">
        <w:trPr>
          <w:trHeight w:val="270"/>
          <w:jc w:val="center"/>
        </w:trPr>
        <w:tc>
          <w:tcPr>
            <w:tcW w:w="3114" w:type="dxa"/>
            <w:vAlign w:val="center"/>
          </w:tcPr>
          <w:p w14:paraId="124E4FD8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urodzenia</w:t>
            </w:r>
            <w:proofErr w:type="spellEnd"/>
          </w:p>
        </w:tc>
        <w:tc>
          <w:tcPr>
            <w:tcW w:w="6524" w:type="dxa"/>
            <w:vAlign w:val="center"/>
          </w:tcPr>
          <w:p w14:paraId="6159D474" w14:textId="77777777" w:rsidR="00E029CC" w:rsidRPr="00672CEE" w:rsidRDefault="00E02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9CC" w:rsidRPr="00672CEE" w14:paraId="5C299BA6" w14:textId="77777777" w:rsidTr="0090401B">
        <w:trPr>
          <w:trHeight w:val="274"/>
          <w:jc w:val="center"/>
        </w:trPr>
        <w:tc>
          <w:tcPr>
            <w:tcW w:w="3114" w:type="dxa"/>
            <w:vAlign w:val="center"/>
          </w:tcPr>
          <w:p w14:paraId="6134783F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PESEL</w:t>
            </w:r>
          </w:p>
        </w:tc>
        <w:tc>
          <w:tcPr>
            <w:tcW w:w="6524" w:type="dxa"/>
            <w:vAlign w:val="center"/>
          </w:tcPr>
          <w:p w14:paraId="34F5FE4D" w14:textId="77777777" w:rsidR="00E029CC" w:rsidRPr="00672CEE" w:rsidRDefault="00E02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9CC" w:rsidRPr="00672CEE" w14:paraId="76C0D656" w14:textId="77777777" w:rsidTr="0090401B">
        <w:trPr>
          <w:trHeight w:val="264"/>
          <w:jc w:val="center"/>
        </w:trPr>
        <w:tc>
          <w:tcPr>
            <w:tcW w:w="3114" w:type="dxa"/>
            <w:vAlign w:val="center"/>
          </w:tcPr>
          <w:p w14:paraId="211BEF23" w14:textId="77777777" w:rsidR="00E029CC" w:rsidRPr="00672CEE" w:rsidRDefault="0081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zamieszkania</w:t>
            </w:r>
            <w:proofErr w:type="spellEnd"/>
          </w:p>
          <w:p w14:paraId="66F27292" w14:textId="77777777" w:rsidR="00FB09AD" w:rsidRPr="00672CEE" w:rsidRDefault="00FB09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Województwo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F200036" w14:textId="77777777" w:rsidR="00FB09AD" w:rsidRPr="00672CEE" w:rsidRDefault="00FB09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Powiat:</w:t>
            </w:r>
          </w:p>
          <w:p w14:paraId="71FF2943" w14:textId="77777777" w:rsidR="00FB09AD" w:rsidRPr="00672CEE" w:rsidRDefault="00FB09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Gmina</w:t>
            </w:r>
            <w:proofErr w:type="spellEnd"/>
            <w:r w:rsidRPr="00672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5E1FF14" w14:textId="77777777" w:rsidR="00FB09AD" w:rsidRPr="00672CEE" w:rsidRDefault="00FB09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Miejscowość</w:t>
            </w:r>
            <w:proofErr w:type="spellEnd"/>
            <w:r w:rsidRPr="00672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3451AAD" w14:textId="1E788907" w:rsidR="00FB09AD" w:rsidRPr="00672CEE" w:rsidRDefault="00FB0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Kod</w:t>
            </w:r>
            <w:proofErr w:type="spellEnd"/>
            <w:r w:rsidRPr="00672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pocztowy</w:t>
            </w:r>
            <w:proofErr w:type="spellEnd"/>
            <w:r w:rsidRPr="00672C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24" w:type="dxa"/>
            <w:vAlign w:val="center"/>
          </w:tcPr>
          <w:p w14:paraId="4D1D43DA" w14:textId="77777777" w:rsidR="00E029CC" w:rsidRPr="00672CEE" w:rsidRDefault="00E02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9CC" w:rsidRPr="00672CEE" w14:paraId="20A1801C" w14:textId="77777777" w:rsidTr="0090401B">
        <w:trPr>
          <w:jc w:val="center"/>
        </w:trPr>
        <w:tc>
          <w:tcPr>
            <w:tcW w:w="3114" w:type="dxa"/>
            <w:vAlign w:val="center"/>
          </w:tcPr>
          <w:p w14:paraId="5EEBA0C5" w14:textId="58C903F8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Oddział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przedszkolny</w:t>
            </w:r>
            <w:proofErr w:type="spellEnd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przy</w:t>
            </w:r>
            <w:proofErr w:type="spellEnd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Szkole</w:t>
            </w:r>
            <w:proofErr w:type="spellEnd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Podstawowej</w:t>
            </w:r>
            <w:proofErr w:type="spellEnd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im</w:t>
            </w:r>
            <w:proofErr w:type="spellEnd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Kornela </w:t>
            </w:r>
            <w:proofErr w:type="spellStart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Makuszyńskiego</w:t>
            </w:r>
            <w:proofErr w:type="spellEnd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</w:t>
            </w:r>
            <w:proofErr w:type="spellStart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Ładnej</w:t>
            </w:r>
            <w:proofErr w:type="spellEnd"/>
            <w:r w:rsidR="00DC1072"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24" w:type="dxa"/>
            <w:vAlign w:val="center"/>
          </w:tcPr>
          <w:p w14:paraId="10838567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CE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672CEE">
              <w:rPr>
                <w:rFonts w:ascii="Times New Roman" w:hAnsi="Times New Roman" w:cs="Times New Roman"/>
                <w:sz w:val="24"/>
                <w:szCs w:val="24"/>
              </w:rPr>
              <w:t xml:space="preserve"> Oa    </w:t>
            </w:r>
            <w:r w:rsidRPr="00672CE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672CEE">
              <w:rPr>
                <w:rFonts w:ascii="Times New Roman" w:hAnsi="Times New Roman" w:cs="Times New Roman"/>
                <w:sz w:val="24"/>
                <w:szCs w:val="24"/>
              </w:rPr>
              <w:t xml:space="preserve"> Ob    </w:t>
            </w:r>
            <w:r w:rsidRPr="00672CEE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672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proofErr w:type="spellEnd"/>
          </w:p>
        </w:tc>
      </w:tr>
    </w:tbl>
    <w:p w14:paraId="7A9947F4" w14:textId="77777777" w:rsidR="0072507F" w:rsidRPr="00672CEE" w:rsidRDefault="0072507F" w:rsidP="0072507F">
      <w:pPr>
        <w:pStyle w:val="Akapitzlist"/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54930BB4" w14:textId="283DF43E" w:rsidR="0072507F" w:rsidRPr="00672CEE" w:rsidRDefault="0081084F" w:rsidP="0026123E">
      <w:pPr>
        <w:pStyle w:val="Akapitzlist"/>
        <w:numPr>
          <w:ilvl w:val="0"/>
          <w:numId w:val="10"/>
        </w:numPr>
        <w:spacing w:before="100" w:after="60"/>
        <w:rPr>
          <w:rFonts w:ascii="Times New Roman" w:hAnsi="Times New Roman" w:cs="Times New Roman"/>
          <w:b/>
          <w:sz w:val="24"/>
          <w:szCs w:val="24"/>
        </w:rPr>
      </w:pPr>
      <w:r w:rsidRPr="00672CEE">
        <w:rPr>
          <w:rFonts w:ascii="Times New Roman" w:hAnsi="Times New Roman" w:cs="Times New Roman"/>
          <w:b/>
          <w:sz w:val="24"/>
          <w:szCs w:val="24"/>
        </w:rPr>
        <w:t>DANE RODZICA / OPIEKUNA PRAWNEGO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6524"/>
      </w:tblGrid>
      <w:tr w:rsidR="00E029CC" w:rsidRPr="00672CEE" w14:paraId="594E30CD" w14:textId="77777777" w:rsidTr="0090401B">
        <w:trPr>
          <w:trHeight w:val="342"/>
          <w:jc w:val="center"/>
        </w:trPr>
        <w:tc>
          <w:tcPr>
            <w:tcW w:w="3114" w:type="dxa"/>
            <w:vAlign w:val="center"/>
          </w:tcPr>
          <w:p w14:paraId="4ED908DA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Imię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nazwisko</w:t>
            </w:r>
            <w:proofErr w:type="spellEnd"/>
          </w:p>
        </w:tc>
        <w:tc>
          <w:tcPr>
            <w:tcW w:w="6524" w:type="dxa"/>
            <w:vAlign w:val="center"/>
          </w:tcPr>
          <w:p w14:paraId="7735781F" w14:textId="77777777" w:rsidR="00E029CC" w:rsidRPr="00672CEE" w:rsidRDefault="00E02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9CC" w:rsidRPr="00672CEE" w14:paraId="20FA4871" w14:textId="77777777" w:rsidTr="0090401B">
        <w:trPr>
          <w:trHeight w:val="276"/>
          <w:jc w:val="center"/>
        </w:trPr>
        <w:tc>
          <w:tcPr>
            <w:tcW w:w="3114" w:type="dxa"/>
            <w:vAlign w:val="center"/>
          </w:tcPr>
          <w:p w14:paraId="27B305E9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Telefon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kontaktowy</w:t>
            </w:r>
            <w:proofErr w:type="spellEnd"/>
          </w:p>
        </w:tc>
        <w:tc>
          <w:tcPr>
            <w:tcW w:w="6524" w:type="dxa"/>
            <w:vAlign w:val="center"/>
          </w:tcPr>
          <w:p w14:paraId="19F68288" w14:textId="77777777" w:rsidR="00E029CC" w:rsidRPr="00672CEE" w:rsidRDefault="00E02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9CC" w:rsidRPr="00672CEE" w14:paraId="09546494" w14:textId="77777777" w:rsidTr="0090401B">
        <w:trPr>
          <w:trHeight w:val="266"/>
          <w:jc w:val="center"/>
        </w:trPr>
        <w:tc>
          <w:tcPr>
            <w:tcW w:w="3114" w:type="dxa"/>
            <w:vAlign w:val="center"/>
          </w:tcPr>
          <w:p w14:paraId="3CB9D0E5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Adres e-mail</w:t>
            </w:r>
          </w:p>
        </w:tc>
        <w:tc>
          <w:tcPr>
            <w:tcW w:w="6524" w:type="dxa"/>
            <w:vAlign w:val="center"/>
          </w:tcPr>
          <w:p w14:paraId="3F8FC3B9" w14:textId="77777777" w:rsidR="00E029CC" w:rsidRPr="00672CEE" w:rsidRDefault="00E02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70A36" w14:textId="77777777" w:rsidR="0072507F" w:rsidRPr="00672CEE" w:rsidRDefault="0072507F" w:rsidP="0072507F">
      <w:pPr>
        <w:pStyle w:val="Akapitzlist"/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05A3497A" w14:textId="0A7F69B5" w:rsidR="00E029CC" w:rsidRPr="00672CEE" w:rsidRDefault="0081084F" w:rsidP="0072507F">
      <w:pPr>
        <w:pStyle w:val="Akapitzlist"/>
        <w:numPr>
          <w:ilvl w:val="0"/>
          <w:numId w:val="10"/>
        </w:numPr>
        <w:spacing w:before="100" w:after="60"/>
        <w:rPr>
          <w:rFonts w:ascii="Times New Roman" w:hAnsi="Times New Roman" w:cs="Times New Roman"/>
          <w:b/>
          <w:sz w:val="24"/>
          <w:szCs w:val="24"/>
        </w:rPr>
      </w:pPr>
      <w:r w:rsidRPr="00672CEE">
        <w:rPr>
          <w:rFonts w:ascii="Times New Roman" w:hAnsi="Times New Roman" w:cs="Times New Roman"/>
          <w:b/>
          <w:sz w:val="24"/>
          <w:szCs w:val="24"/>
        </w:rPr>
        <w:t>ZGŁOSZENIE I DEKLARACJA UCZESTNICTWA</w:t>
      </w:r>
    </w:p>
    <w:p w14:paraId="23E8741F" w14:textId="77777777" w:rsidR="0072507F" w:rsidRPr="00672CEE" w:rsidRDefault="0072507F" w:rsidP="0072507F">
      <w:pPr>
        <w:pStyle w:val="Akapitzlist"/>
        <w:spacing w:before="100" w:after="60"/>
        <w:rPr>
          <w:rFonts w:ascii="Times New Roman" w:hAnsi="Times New Roman" w:cs="Times New Roman"/>
          <w:sz w:val="24"/>
          <w:szCs w:val="24"/>
        </w:rPr>
      </w:pPr>
    </w:p>
    <w:p w14:paraId="64467A47" w14:textId="77777777" w:rsidR="00E029CC" w:rsidRPr="00672CEE" w:rsidRDefault="0081084F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672CEE">
        <w:rPr>
          <w:rFonts w:ascii="Times New Roman" w:hAnsi="Times New Roman" w:cs="Times New Roman"/>
          <w:b/>
          <w:sz w:val="24"/>
          <w:szCs w:val="24"/>
        </w:rPr>
        <w:t xml:space="preserve">Ja,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niżej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podpisany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/a,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jako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rodzic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opiekun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prawny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dziecka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zgłaszam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dziecko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udziału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w Projekcie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deklaruję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jego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udział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w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działaniach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/>
          <w:sz w:val="24"/>
          <w:szCs w:val="24"/>
        </w:rPr>
        <w:t>projektowych</w:t>
      </w:r>
      <w:proofErr w:type="spellEnd"/>
      <w:r w:rsidRPr="00672CE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Oświadczam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>:</w:t>
      </w:r>
    </w:p>
    <w:p w14:paraId="7ECDCF07" w14:textId="58D2C040" w:rsidR="00E029CC" w:rsidRPr="00672CEE" w:rsidRDefault="0081084F">
      <w:pPr>
        <w:spacing w:after="20"/>
        <w:ind w:left="170"/>
        <w:rPr>
          <w:rFonts w:ascii="Times New Roman" w:hAnsi="Times New Roman" w:cs="Times New Roman"/>
          <w:sz w:val="24"/>
          <w:szCs w:val="24"/>
        </w:rPr>
      </w:pPr>
      <w:r w:rsidRPr="00672CEE">
        <w:rPr>
          <w:rFonts w:ascii="Segoe UI Symbol" w:hAnsi="Segoe UI Symbol" w:cs="Segoe UI Symbol"/>
          <w:sz w:val="24"/>
          <w:szCs w:val="24"/>
        </w:rPr>
        <w:t>☐</w:t>
      </w:r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dziecko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uczęszcza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oddziału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przedszkolnego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objętego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Projektem</w:t>
      </w:r>
      <w:proofErr w:type="spellEnd"/>
      <w:r w:rsidR="00F661BA" w:rsidRPr="00672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3AEF" w:rsidRPr="00672CEE">
        <w:rPr>
          <w:rFonts w:ascii="Times New Roman" w:hAnsi="Times New Roman" w:cs="Times New Roman"/>
          <w:sz w:val="24"/>
          <w:szCs w:val="24"/>
        </w:rPr>
        <w:t>ty</w:t>
      </w:r>
      <w:r w:rsidR="00F661BA" w:rsidRPr="00672CE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F661BA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AEF" w:rsidRPr="00672CEE">
        <w:rPr>
          <w:rFonts w:ascii="Times New Roman" w:hAnsi="Times New Roman" w:cs="Times New Roman"/>
          <w:sz w:val="24"/>
          <w:szCs w:val="24"/>
        </w:rPr>
        <w:t>samym</w:t>
      </w:r>
      <w:proofErr w:type="spellEnd"/>
      <w:r w:rsidR="00EC3AEF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AEF" w:rsidRPr="00672CEE">
        <w:rPr>
          <w:rFonts w:ascii="Times New Roman" w:hAnsi="Times New Roman" w:cs="Times New Roman"/>
          <w:sz w:val="24"/>
          <w:szCs w:val="24"/>
        </w:rPr>
        <w:t>spełnia</w:t>
      </w:r>
      <w:proofErr w:type="spellEnd"/>
      <w:r w:rsidR="00EC3AEF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3AEF" w:rsidRPr="00672CEE">
        <w:rPr>
          <w:rFonts w:ascii="Times New Roman" w:hAnsi="Times New Roman" w:cs="Times New Roman"/>
          <w:sz w:val="24"/>
          <w:szCs w:val="24"/>
        </w:rPr>
        <w:t>kryt</w:t>
      </w:r>
      <w:r w:rsidR="00017B67" w:rsidRPr="00672CEE">
        <w:rPr>
          <w:rFonts w:ascii="Times New Roman" w:hAnsi="Times New Roman" w:cs="Times New Roman"/>
          <w:sz w:val="24"/>
          <w:szCs w:val="24"/>
        </w:rPr>
        <w:t>e</w:t>
      </w:r>
      <w:r w:rsidR="00EC3AEF" w:rsidRPr="00672CEE">
        <w:rPr>
          <w:rFonts w:ascii="Times New Roman" w:hAnsi="Times New Roman" w:cs="Times New Roman"/>
          <w:sz w:val="24"/>
          <w:szCs w:val="24"/>
        </w:rPr>
        <w:t>rium</w:t>
      </w:r>
      <w:proofErr w:type="spellEnd"/>
      <w:r w:rsidR="00EC3AEF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B67" w:rsidRPr="00672CEE">
        <w:rPr>
          <w:rFonts w:ascii="Times New Roman" w:hAnsi="Times New Roman" w:cs="Times New Roman"/>
          <w:sz w:val="24"/>
          <w:szCs w:val="24"/>
        </w:rPr>
        <w:t>pobierania</w:t>
      </w:r>
      <w:proofErr w:type="spellEnd"/>
      <w:r w:rsidR="00017B67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B67" w:rsidRPr="00672CEE">
        <w:rPr>
          <w:rFonts w:ascii="Times New Roman" w:hAnsi="Times New Roman" w:cs="Times New Roman"/>
          <w:sz w:val="24"/>
          <w:szCs w:val="24"/>
        </w:rPr>
        <w:t>nauki</w:t>
      </w:r>
      <w:proofErr w:type="spellEnd"/>
      <w:r w:rsidR="00017B67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B67" w:rsidRPr="00672CE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17B67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B67" w:rsidRPr="00672CEE">
        <w:rPr>
          <w:rFonts w:ascii="Times New Roman" w:hAnsi="Times New Roman" w:cs="Times New Roman"/>
          <w:sz w:val="24"/>
          <w:szCs w:val="24"/>
        </w:rPr>
        <w:t>terenie</w:t>
      </w:r>
      <w:proofErr w:type="spellEnd"/>
      <w:r w:rsidR="00017B67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1BA" w:rsidRPr="00672CEE">
        <w:rPr>
          <w:rFonts w:ascii="Times New Roman" w:hAnsi="Times New Roman" w:cs="Times New Roman"/>
          <w:sz w:val="24"/>
          <w:szCs w:val="24"/>
        </w:rPr>
        <w:t>gminy</w:t>
      </w:r>
      <w:proofErr w:type="spellEnd"/>
      <w:r w:rsidR="00F661BA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1BA" w:rsidRPr="00672CEE">
        <w:rPr>
          <w:rFonts w:ascii="Times New Roman" w:hAnsi="Times New Roman" w:cs="Times New Roman"/>
          <w:sz w:val="24"/>
          <w:szCs w:val="24"/>
        </w:rPr>
        <w:t>Skrzyszów</w:t>
      </w:r>
      <w:proofErr w:type="spellEnd"/>
    </w:p>
    <w:p w14:paraId="388C4C8F" w14:textId="77777777" w:rsidR="00E029CC" w:rsidRPr="00672CEE" w:rsidRDefault="0081084F">
      <w:pPr>
        <w:spacing w:after="20"/>
        <w:ind w:left="170"/>
        <w:rPr>
          <w:rFonts w:ascii="Times New Roman" w:hAnsi="Times New Roman" w:cs="Times New Roman"/>
          <w:sz w:val="24"/>
          <w:szCs w:val="24"/>
        </w:rPr>
      </w:pPr>
      <w:r w:rsidRPr="00672CEE">
        <w:rPr>
          <w:rFonts w:ascii="Segoe UI Symbol" w:hAnsi="Segoe UI Symbol" w:cs="Segoe UI Symbol"/>
          <w:sz w:val="24"/>
          <w:szCs w:val="24"/>
        </w:rPr>
        <w:t>☐</w:t>
      </w:r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zapoznałem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/am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Regulaminem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uczestnictwa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Projekcie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akceptuję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jego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postanowienia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>;</w:t>
      </w:r>
    </w:p>
    <w:p w14:paraId="7961DE17" w14:textId="77777777" w:rsidR="00E029CC" w:rsidRPr="00672CEE" w:rsidRDefault="0081084F">
      <w:pPr>
        <w:spacing w:after="20"/>
        <w:ind w:left="170"/>
        <w:rPr>
          <w:rFonts w:ascii="Times New Roman" w:hAnsi="Times New Roman" w:cs="Times New Roman"/>
          <w:sz w:val="24"/>
          <w:szCs w:val="24"/>
        </w:rPr>
      </w:pPr>
      <w:r w:rsidRPr="00672CEE">
        <w:rPr>
          <w:rFonts w:ascii="Segoe UI Symbol" w:hAnsi="Segoe UI Symbol" w:cs="Segoe UI Symbol"/>
          <w:sz w:val="24"/>
          <w:szCs w:val="24"/>
        </w:rPr>
        <w:t>☐</w:t>
      </w:r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podane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niniejszym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formularzu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są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zgodne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ze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stanem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faktycznym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>;</w:t>
      </w:r>
    </w:p>
    <w:p w14:paraId="3A9217E2" w14:textId="21625F39" w:rsidR="00E029CC" w:rsidRPr="00672CEE" w:rsidRDefault="0081084F">
      <w:pPr>
        <w:spacing w:after="20"/>
        <w:ind w:left="170"/>
        <w:rPr>
          <w:rFonts w:ascii="Times New Roman" w:hAnsi="Times New Roman" w:cs="Times New Roman"/>
          <w:sz w:val="24"/>
          <w:szCs w:val="24"/>
        </w:rPr>
      </w:pPr>
      <w:r w:rsidRPr="00672CEE">
        <w:rPr>
          <w:rFonts w:ascii="Segoe UI Symbol" w:hAnsi="Segoe UI Symbol" w:cs="Segoe UI Symbol"/>
          <w:sz w:val="24"/>
          <w:szCs w:val="24"/>
        </w:rPr>
        <w:t>☐</w:t>
      </w:r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zobowiązuję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niezwłocznego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informowania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zmianie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zawartych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8F4E04" w:rsidRPr="00672CEE">
        <w:rPr>
          <w:rFonts w:ascii="Times New Roman" w:hAnsi="Times New Roman" w:cs="Times New Roman"/>
          <w:sz w:val="24"/>
          <w:szCs w:val="24"/>
        </w:rPr>
        <w:t>Formularzu</w:t>
      </w:r>
      <w:proofErr w:type="spellEnd"/>
      <w:r w:rsidR="008F4E04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E04" w:rsidRPr="00672CEE">
        <w:rPr>
          <w:rFonts w:ascii="Times New Roman" w:hAnsi="Times New Roman" w:cs="Times New Roman"/>
          <w:sz w:val="24"/>
          <w:szCs w:val="24"/>
        </w:rPr>
        <w:t>zgłoszeniowym</w:t>
      </w:r>
      <w:r w:rsidRPr="00672CEE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>;</w:t>
      </w:r>
    </w:p>
    <w:p w14:paraId="11AB18F0" w14:textId="77777777" w:rsidR="00E029CC" w:rsidRPr="00672CEE" w:rsidRDefault="0081084F">
      <w:pPr>
        <w:spacing w:after="20"/>
        <w:ind w:left="170"/>
        <w:rPr>
          <w:rFonts w:ascii="Times New Roman" w:hAnsi="Times New Roman" w:cs="Times New Roman"/>
          <w:sz w:val="24"/>
          <w:szCs w:val="24"/>
        </w:rPr>
      </w:pPr>
      <w:r w:rsidRPr="00672CEE">
        <w:rPr>
          <w:rFonts w:ascii="Segoe UI Symbol" w:hAnsi="Segoe UI Symbol" w:cs="Segoe UI Symbol"/>
          <w:sz w:val="24"/>
          <w:szCs w:val="24"/>
        </w:rPr>
        <w:t>☐</w:t>
      </w:r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wyrażam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zgodę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udział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działaniach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realizowanych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ramach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>;</w:t>
      </w:r>
    </w:p>
    <w:p w14:paraId="6BE86EE0" w14:textId="77777777" w:rsidR="00E029CC" w:rsidRPr="00672CEE" w:rsidRDefault="0081084F">
      <w:pPr>
        <w:spacing w:after="20"/>
        <w:ind w:left="170"/>
        <w:rPr>
          <w:rFonts w:ascii="Times New Roman" w:hAnsi="Times New Roman" w:cs="Times New Roman"/>
          <w:sz w:val="24"/>
          <w:szCs w:val="24"/>
        </w:rPr>
      </w:pPr>
      <w:bookmarkStart w:id="0" w:name="_Hlk238551783"/>
      <w:r w:rsidRPr="00672CEE">
        <w:rPr>
          <w:rFonts w:ascii="Segoe UI Symbol" w:hAnsi="Segoe UI Symbol" w:cs="Segoe UI Symbol"/>
          <w:sz w:val="24"/>
          <w:szCs w:val="24"/>
        </w:rPr>
        <w:t>☐</w:t>
      </w:r>
      <w:bookmarkEnd w:id="0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przyjmuję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wiadomości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udział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Projekcie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bezpłatny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>.</w:t>
      </w:r>
    </w:p>
    <w:p w14:paraId="5089F10F" w14:textId="212A78AD" w:rsidR="002E6668" w:rsidRPr="00672CEE" w:rsidRDefault="002E6668">
      <w:pPr>
        <w:spacing w:after="20"/>
        <w:ind w:left="170"/>
        <w:rPr>
          <w:rFonts w:ascii="Times New Roman" w:hAnsi="Times New Roman" w:cs="Times New Roman"/>
          <w:sz w:val="24"/>
          <w:szCs w:val="24"/>
        </w:rPr>
      </w:pPr>
      <w:proofErr w:type="spellStart"/>
      <w:r w:rsidRPr="00672CEE">
        <w:rPr>
          <w:rFonts w:ascii="Times New Roman" w:hAnsi="Times New Roman" w:cs="Times New Roman"/>
          <w:sz w:val="24"/>
          <w:szCs w:val="24"/>
        </w:rPr>
        <w:t>Wizerunek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: </w:t>
      </w:r>
      <w:r w:rsidRPr="00672CEE">
        <w:rPr>
          <w:rFonts w:ascii="Segoe UI Symbol" w:hAnsi="Segoe UI Symbol" w:cs="Segoe UI Symbol"/>
          <w:sz w:val="24"/>
          <w:szCs w:val="24"/>
        </w:rPr>
        <w:t>☐</w:t>
      </w:r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wyrażam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zgodę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r w:rsidRPr="00672CEE">
        <w:rPr>
          <w:rFonts w:ascii="Segoe UI Symbol" w:hAnsi="Segoe UI Symbol" w:cs="Segoe UI Symbol"/>
          <w:sz w:val="24"/>
          <w:szCs w:val="24"/>
        </w:rPr>
        <w:t>☐</w:t>
      </w:r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wyrażam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zgody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r w:rsidR="002C34B0" w:rsidRPr="00672CEE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="002C34B0" w:rsidRPr="00672CE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2C34B0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B0" w:rsidRPr="00672CEE">
        <w:rPr>
          <w:rFonts w:ascii="Times New Roman" w:hAnsi="Times New Roman" w:cs="Times New Roman"/>
          <w:sz w:val="24"/>
          <w:szCs w:val="24"/>
        </w:rPr>
        <w:t>wykorzystanie</w:t>
      </w:r>
      <w:proofErr w:type="spellEnd"/>
      <w:r w:rsidR="002C34B0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B0" w:rsidRPr="00672CEE">
        <w:rPr>
          <w:rFonts w:ascii="Times New Roman" w:hAnsi="Times New Roman" w:cs="Times New Roman"/>
          <w:sz w:val="24"/>
          <w:szCs w:val="24"/>
        </w:rPr>
        <w:t>wizerunku</w:t>
      </w:r>
      <w:proofErr w:type="spellEnd"/>
      <w:r w:rsidR="002C34B0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B0" w:rsidRPr="00672CEE"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 w:rsidR="002C34B0" w:rsidRPr="00672CE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2C34B0" w:rsidRPr="00672CEE">
        <w:rPr>
          <w:rFonts w:ascii="Times New Roman" w:hAnsi="Times New Roman" w:cs="Times New Roman"/>
          <w:sz w:val="24"/>
          <w:szCs w:val="24"/>
        </w:rPr>
        <w:t>materiałach</w:t>
      </w:r>
      <w:proofErr w:type="spellEnd"/>
      <w:r w:rsidR="002C34B0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B0" w:rsidRPr="00672CEE">
        <w:rPr>
          <w:rFonts w:ascii="Times New Roman" w:hAnsi="Times New Roman" w:cs="Times New Roman"/>
          <w:sz w:val="24"/>
          <w:szCs w:val="24"/>
        </w:rPr>
        <w:t>związanych</w:t>
      </w:r>
      <w:proofErr w:type="spellEnd"/>
      <w:r w:rsidR="002C34B0" w:rsidRPr="00672CEE">
        <w:rPr>
          <w:rFonts w:ascii="Times New Roman" w:hAnsi="Times New Roman" w:cs="Times New Roman"/>
          <w:sz w:val="24"/>
          <w:szCs w:val="24"/>
        </w:rPr>
        <w:t xml:space="preserve"> </w:t>
      </w:r>
      <w:r w:rsidR="00685EC7" w:rsidRPr="00672CEE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685EC7" w:rsidRPr="00672CEE">
        <w:rPr>
          <w:rFonts w:ascii="Times New Roman" w:hAnsi="Times New Roman" w:cs="Times New Roman"/>
          <w:sz w:val="24"/>
          <w:szCs w:val="24"/>
        </w:rPr>
        <w:t>Projektem</w:t>
      </w:r>
      <w:proofErr w:type="spellEnd"/>
      <w:r w:rsidR="00685EC7" w:rsidRPr="00672CEE">
        <w:rPr>
          <w:rFonts w:ascii="Times New Roman" w:hAnsi="Times New Roman" w:cs="Times New Roman"/>
          <w:sz w:val="24"/>
          <w:szCs w:val="24"/>
        </w:rPr>
        <w:t>.</w:t>
      </w:r>
      <w:r w:rsidR="00196E68" w:rsidRPr="00672CEE">
        <w:rPr>
          <w:rFonts w:ascii="Times New Roman" w:hAnsi="Times New Roman" w:cs="Times New Roman"/>
          <w:sz w:val="24"/>
          <w:szCs w:val="24"/>
        </w:rPr>
        <w:t xml:space="preserve"> *Zgoda </w:t>
      </w:r>
      <w:proofErr w:type="spellStart"/>
      <w:r w:rsidR="00196E68" w:rsidRPr="00672CE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196E68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E68" w:rsidRPr="00672CEE">
        <w:rPr>
          <w:rFonts w:ascii="Times New Roman" w:hAnsi="Times New Roman" w:cs="Times New Roman"/>
          <w:sz w:val="24"/>
          <w:szCs w:val="24"/>
        </w:rPr>
        <w:t>wizerunek</w:t>
      </w:r>
      <w:proofErr w:type="spellEnd"/>
      <w:r w:rsidR="00196E68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E68" w:rsidRPr="00672CEE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="00196E68" w:rsidRPr="00672CEE">
        <w:rPr>
          <w:rFonts w:ascii="Times New Roman" w:hAnsi="Times New Roman" w:cs="Times New Roman"/>
          <w:sz w:val="24"/>
          <w:szCs w:val="24"/>
        </w:rPr>
        <w:t xml:space="preserve"> jest </w:t>
      </w:r>
      <w:proofErr w:type="spellStart"/>
      <w:r w:rsidR="00196E68" w:rsidRPr="00672CEE">
        <w:rPr>
          <w:rFonts w:ascii="Times New Roman" w:hAnsi="Times New Roman" w:cs="Times New Roman"/>
          <w:sz w:val="24"/>
          <w:szCs w:val="24"/>
        </w:rPr>
        <w:t>warunkiem</w:t>
      </w:r>
      <w:proofErr w:type="spellEnd"/>
      <w:r w:rsidR="00196E68"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6E68" w:rsidRPr="00672CEE">
        <w:rPr>
          <w:rFonts w:ascii="Times New Roman" w:hAnsi="Times New Roman" w:cs="Times New Roman"/>
          <w:sz w:val="24"/>
          <w:szCs w:val="24"/>
        </w:rPr>
        <w:t>udziału</w:t>
      </w:r>
      <w:proofErr w:type="spellEnd"/>
      <w:r w:rsidR="00196E68" w:rsidRPr="00672CEE">
        <w:rPr>
          <w:rFonts w:ascii="Times New Roman" w:hAnsi="Times New Roman" w:cs="Times New Roman"/>
          <w:sz w:val="24"/>
          <w:szCs w:val="24"/>
        </w:rPr>
        <w:t xml:space="preserve"> w </w:t>
      </w:r>
      <w:r w:rsidR="009A480C" w:rsidRPr="00672CEE">
        <w:rPr>
          <w:rFonts w:ascii="Times New Roman" w:hAnsi="Times New Roman" w:cs="Times New Roman"/>
          <w:sz w:val="24"/>
          <w:szCs w:val="24"/>
        </w:rPr>
        <w:t>Projekcie.</w:t>
      </w:r>
    </w:p>
    <w:p w14:paraId="173FED4D" w14:textId="77777777" w:rsidR="0072507F" w:rsidRPr="00672CEE" w:rsidRDefault="0072507F">
      <w:pPr>
        <w:spacing w:after="20"/>
        <w:ind w:left="170"/>
        <w:rPr>
          <w:rFonts w:ascii="Times New Roman" w:hAnsi="Times New Roman" w:cs="Times New Roman"/>
          <w:sz w:val="24"/>
          <w:szCs w:val="24"/>
        </w:rPr>
      </w:pPr>
    </w:p>
    <w:p w14:paraId="0489559C" w14:textId="77777777" w:rsidR="00672CEE" w:rsidRPr="00672CEE" w:rsidRDefault="00FC4B42" w:rsidP="00C304AF">
      <w:pPr>
        <w:pStyle w:val="Akapitzlist"/>
        <w:numPr>
          <w:ilvl w:val="0"/>
          <w:numId w:val="10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672CEE">
        <w:rPr>
          <w:rFonts w:ascii="Times New Roman" w:hAnsi="Times New Roman" w:cs="Times New Roman"/>
          <w:b/>
          <w:sz w:val="24"/>
          <w:szCs w:val="24"/>
        </w:rPr>
        <w:t>STATUS DZIECKA W CHWILI PRZYSTĄPIENIA DO PROJEKU</w:t>
      </w:r>
    </w:p>
    <w:p w14:paraId="115D2C01" w14:textId="6E27B64B" w:rsidR="00C304AF" w:rsidRPr="00672CEE" w:rsidRDefault="00C304AF" w:rsidP="00672CEE">
      <w:pPr>
        <w:pStyle w:val="Akapitzlist"/>
        <w:spacing w:after="40"/>
        <w:rPr>
          <w:rFonts w:ascii="Times New Roman" w:hAnsi="Times New Roman" w:cs="Times New Roman"/>
          <w:sz w:val="24"/>
          <w:szCs w:val="24"/>
        </w:rPr>
      </w:pPr>
      <w:r w:rsidRPr="00672C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pytanie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wynika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wymogów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monitorowania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projektów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unijnych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EFS+)</w:t>
      </w:r>
    </w:p>
    <w:p w14:paraId="3E6DCD73" w14:textId="77777777" w:rsidR="00C304AF" w:rsidRPr="00C304AF" w:rsidRDefault="00C304AF" w:rsidP="00C304AF">
      <w:pPr>
        <w:spacing w:after="4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sz w:val="24"/>
          <w:szCs w:val="24"/>
        </w:rPr>
        <w:t xml:space="preserve">Osoba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obcego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pochodzenia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6F7944" w14:textId="77777777" w:rsidR="00C304AF" w:rsidRPr="00C304AF" w:rsidRDefault="00C304AF" w:rsidP="00C304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sz w:val="24"/>
          <w:szCs w:val="24"/>
        </w:rPr>
        <w:tab/>
      </w: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  </w:t>
      </w: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708BD9ED" w14:textId="77777777" w:rsidR="00C304AF" w:rsidRPr="00C304AF" w:rsidRDefault="00C304AF" w:rsidP="00C304AF">
      <w:pPr>
        <w:spacing w:after="4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sz w:val="24"/>
          <w:szCs w:val="24"/>
        </w:rPr>
        <w:t xml:space="preserve">Osoba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państwa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trzeciego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344A17" w14:textId="77777777" w:rsidR="00C304AF" w:rsidRPr="00C304AF" w:rsidRDefault="00C304AF" w:rsidP="00C304AF">
      <w:pPr>
        <w:spacing w:after="4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  </w:t>
      </w: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310B2AE6" w14:textId="77777777" w:rsidR="00C304AF" w:rsidRPr="00C304AF" w:rsidRDefault="00C304AF" w:rsidP="00C304AF">
      <w:pPr>
        <w:spacing w:after="4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sz w:val="24"/>
          <w:szCs w:val="24"/>
        </w:rPr>
        <w:t xml:space="preserve">Osoba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należąca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mniejszości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narodowej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etnicznej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(w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tym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społeczności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marginalizowane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4798B87" w14:textId="77777777" w:rsidR="00C304AF" w:rsidRPr="00C304AF" w:rsidRDefault="00C304AF" w:rsidP="00C304AF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sz w:val="24"/>
          <w:szCs w:val="24"/>
        </w:rPr>
        <w:tab/>
      </w: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  </w:t>
      </w: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15EA88F2" w14:textId="77777777" w:rsidR="00C304AF" w:rsidRPr="00C304AF" w:rsidRDefault="00C304AF" w:rsidP="00C304AF">
      <w:pPr>
        <w:spacing w:after="4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sz w:val="24"/>
          <w:szCs w:val="24"/>
        </w:rPr>
        <w:t xml:space="preserve">Osoba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bezdomna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dotknięta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wykluczeniem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dostępu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mieszkań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9469A7" w14:textId="77777777" w:rsidR="00C304AF" w:rsidRPr="00C304AF" w:rsidRDefault="00C304AF" w:rsidP="00C304AF">
      <w:pPr>
        <w:spacing w:after="4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  </w:t>
      </w: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15A61F49" w14:textId="77777777" w:rsidR="00C304AF" w:rsidRPr="00C304AF" w:rsidRDefault="00C304AF" w:rsidP="00C304AF">
      <w:pPr>
        <w:spacing w:after="40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sz w:val="24"/>
          <w:szCs w:val="24"/>
        </w:rPr>
        <w:t xml:space="preserve">Osoba z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niepełnosprawnościami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AF16A" w14:textId="77777777" w:rsidR="00C304AF" w:rsidRPr="00C304AF" w:rsidRDefault="00C304AF" w:rsidP="00C304AF">
      <w:pPr>
        <w:spacing w:after="40"/>
        <w:ind w:firstLine="720"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  </w:t>
      </w: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tak</w:t>
      </w:r>
      <w:proofErr w:type="spellEnd"/>
    </w:p>
    <w:p w14:paraId="5A033C43" w14:textId="77777777" w:rsidR="00B81082" w:rsidRDefault="00C304AF" w:rsidP="00C304AF">
      <w:pPr>
        <w:spacing w:after="40"/>
        <w:ind w:left="360"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b/>
          <w:sz w:val="24"/>
          <w:szCs w:val="24"/>
        </w:rPr>
        <w:t>Dostępność</w:t>
      </w:r>
      <w:proofErr w:type="spellEnd"/>
      <w:r w:rsidRPr="00C304AF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Pr="00C304AF">
        <w:rPr>
          <w:rFonts w:ascii="Times New Roman" w:hAnsi="Times New Roman" w:cs="Times New Roman"/>
          <w:b/>
          <w:sz w:val="24"/>
          <w:szCs w:val="24"/>
        </w:rPr>
        <w:t>szczególne</w:t>
      </w:r>
      <w:proofErr w:type="spellEnd"/>
      <w:r w:rsidRPr="00C304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b/>
          <w:sz w:val="24"/>
          <w:szCs w:val="24"/>
        </w:rPr>
        <w:t>potrzeby</w:t>
      </w:r>
      <w:proofErr w:type="spellEnd"/>
      <w:r w:rsidRPr="00C304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b/>
          <w:sz w:val="24"/>
          <w:szCs w:val="24"/>
        </w:rPr>
        <w:t>dziecka</w:t>
      </w:r>
      <w:proofErr w:type="spellEnd"/>
      <w:r w:rsidRPr="00C304AF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C304AF">
        <w:rPr>
          <w:rFonts w:ascii="Times New Roman" w:hAnsi="Times New Roman" w:cs="Times New Roman"/>
          <w:b/>
          <w:sz w:val="24"/>
          <w:szCs w:val="24"/>
        </w:rPr>
        <w:t>jeżeli</w:t>
      </w:r>
      <w:proofErr w:type="spellEnd"/>
      <w:r w:rsidRPr="00C304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b/>
          <w:sz w:val="24"/>
          <w:szCs w:val="24"/>
        </w:rPr>
        <w:t>dotyczy</w:t>
      </w:r>
      <w:proofErr w:type="spellEnd"/>
      <w:r w:rsidRPr="00C304AF">
        <w:rPr>
          <w:rFonts w:ascii="Times New Roman" w:hAnsi="Times New Roman" w:cs="Times New Roman"/>
          <w:b/>
          <w:sz w:val="24"/>
          <w:szCs w:val="24"/>
        </w:rPr>
        <w:t xml:space="preserve">): </w:t>
      </w: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   </w:t>
      </w:r>
      <w:r w:rsidRPr="00C304AF">
        <w:rPr>
          <w:rFonts w:ascii="Segoe UI Symbol" w:hAnsi="Segoe UI Symbol" w:cs="Segoe UI Symbol"/>
          <w:sz w:val="24"/>
          <w:szCs w:val="24"/>
        </w:rPr>
        <w:t>☐</w:t>
      </w:r>
      <w:r w:rsidRPr="00C3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04AF">
        <w:rPr>
          <w:rFonts w:ascii="Times New Roman" w:hAnsi="Times New Roman" w:cs="Times New Roman"/>
          <w:sz w:val="24"/>
          <w:szCs w:val="24"/>
        </w:rPr>
        <w:t>jakie</w:t>
      </w:r>
      <w:proofErr w:type="spellEnd"/>
      <w:r w:rsidRPr="00C304AF">
        <w:rPr>
          <w:rFonts w:ascii="Times New Roman" w:hAnsi="Times New Roman" w:cs="Times New Roman"/>
          <w:sz w:val="24"/>
          <w:szCs w:val="24"/>
        </w:rPr>
        <w:t xml:space="preserve">:     </w:t>
      </w:r>
    </w:p>
    <w:p w14:paraId="56608DE0" w14:textId="77777777" w:rsidR="00861342" w:rsidRDefault="00C304AF" w:rsidP="00C304AF">
      <w:pPr>
        <w:spacing w:after="40"/>
        <w:ind w:left="360"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3BDC2455" w14:textId="7AD4F24E" w:rsidR="00C304AF" w:rsidRPr="00C304AF" w:rsidRDefault="00C304AF" w:rsidP="00C304AF">
      <w:pPr>
        <w:spacing w:after="40"/>
        <w:ind w:left="360"/>
        <w:rPr>
          <w:rFonts w:ascii="Times New Roman" w:hAnsi="Times New Roman" w:cs="Times New Roman"/>
          <w:sz w:val="24"/>
          <w:szCs w:val="24"/>
        </w:rPr>
      </w:pPr>
      <w:r w:rsidRPr="00C304AF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6252F03D" w14:textId="77777777" w:rsidR="00C304AF" w:rsidRPr="00672CEE" w:rsidRDefault="00C304AF">
      <w:pPr>
        <w:spacing w:after="20"/>
        <w:ind w:left="170"/>
        <w:rPr>
          <w:rFonts w:ascii="Times New Roman" w:hAnsi="Times New Roman" w:cs="Times New Roman"/>
          <w:sz w:val="24"/>
          <w:szCs w:val="24"/>
        </w:rPr>
      </w:pPr>
    </w:p>
    <w:p w14:paraId="4EF27059" w14:textId="55040B00" w:rsidR="00E029CC" w:rsidRPr="00672CEE" w:rsidRDefault="0081084F" w:rsidP="0072507F">
      <w:pPr>
        <w:pStyle w:val="Akapitzlist"/>
        <w:numPr>
          <w:ilvl w:val="0"/>
          <w:numId w:val="10"/>
        </w:numPr>
        <w:spacing w:before="100" w:after="60"/>
        <w:rPr>
          <w:rFonts w:ascii="Times New Roman" w:hAnsi="Times New Roman" w:cs="Times New Roman"/>
          <w:b/>
          <w:sz w:val="24"/>
          <w:szCs w:val="24"/>
        </w:rPr>
      </w:pPr>
      <w:r w:rsidRPr="00672CEE">
        <w:rPr>
          <w:rFonts w:ascii="Times New Roman" w:hAnsi="Times New Roman" w:cs="Times New Roman"/>
          <w:b/>
          <w:sz w:val="24"/>
          <w:szCs w:val="24"/>
        </w:rPr>
        <w:t>INFORMACJA O PRZETWARZANIU DANYCH OSOBOWYCH</w:t>
      </w:r>
    </w:p>
    <w:p w14:paraId="6E693430" w14:textId="77777777" w:rsidR="0072507F" w:rsidRPr="00672CEE" w:rsidRDefault="0072507F" w:rsidP="0072507F">
      <w:pPr>
        <w:pStyle w:val="Akapitzlist"/>
        <w:spacing w:before="100" w:after="60"/>
        <w:rPr>
          <w:rFonts w:ascii="Times New Roman" w:hAnsi="Times New Roman" w:cs="Times New Roman"/>
          <w:sz w:val="24"/>
          <w:szCs w:val="24"/>
        </w:rPr>
      </w:pPr>
    </w:p>
    <w:p w14:paraId="45CCF29A" w14:textId="167DE534" w:rsidR="00E029CC" w:rsidRPr="00672CEE" w:rsidRDefault="0081084F">
      <w:pPr>
        <w:spacing w:after="4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Potwierdzam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że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zostałem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/am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poinformowany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/a o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zasadach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przetwarzania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moich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oraz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mojego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dziecka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związku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realizacją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zgodnie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dokumentacją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dotyczącą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ochrony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danych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sz w:val="24"/>
          <w:szCs w:val="24"/>
        </w:rPr>
        <w:t>osobowych</w:t>
      </w:r>
      <w:proofErr w:type="spellEnd"/>
      <w:r w:rsidRPr="00672C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2CEE">
        <w:rPr>
          <w:rFonts w:ascii="Times New Roman" w:hAnsi="Times New Roman" w:cs="Times New Roman"/>
          <w:bCs/>
          <w:sz w:val="24"/>
          <w:szCs w:val="24"/>
        </w:rPr>
        <w:t>Szczegółowa</w:t>
      </w:r>
      <w:proofErr w:type="spellEnd"/>
      <w:r w:rsidRPr="00672C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Cs/>
          <w:sz w:val="24"/>
          <w:szCs w:val="24"/>
        </w:rPr>
        <w:t>klauzula</w:t>
      </w:r>
      <w:proofErr w:type="spellEnd"/>
      <w:r w:rsidRPr="00672C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Cs/>
          <w:sz w:val="24"/>
          <w:szCs w:val="24"/>
        </w:rPr>
        <w:t>informacyjna</w:t>
      </w:r>
      <w:proofErr w:type="spellEnd"/>
      <w:r w:rsidRPr="00672C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Cs/>
          <w:sz w:val="24"/>
          <w:szCs w:val="24"/>
        </w:rPr>
        <w:t>stanowi</w:t>
      </w:r>
      <w:proofErr w:type="spellEnd"/>
      <w:r w:rsidRPr="00672C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2CEE">
        <w:rPr>
          <w:rFonts w:ascii="Times New Roman" w:hAnsi="Times New Roman" w:cs="Times New Roman"/>
          <w:bCs/>
          <w:sz w:val="24"/>
          <w:szCs w:val="24"/>
        </w:rPr>
        <w:t>odrębny</w:t>
      </w:r>
      <w:proofErr w:type="spellEnd"/>
      <w:r w:rsidRPr="00672C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4267" w:rsidRPr="00672CEE">
        <w:rPr>
          <w:rFonts w:ascii="Times New Roman" w:hAnsi="Times New Roman" w:cs="Times New Roman"/>
          <w:bCs/>
          <w:sz w:val="24"/>
          <w:szCs w:val="24"/>
        </w:rPr>
        <w:t>dokument</w:t>
      </w:r>
      <w:proofErr w:type="spellEnd"/>
      <w:r w:rsidR="00034267" w:rsidRPr="00672C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267" w:rsidRPr="00672CEE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034267" w:rsidRPr="00672CEE">
        <w:rPr>
          <w:rFonts w:ascii="Times New Roman" w:hAnsi="Times New Roman" w:cs="Times New Roman"/>
          <w:b/>
          <w:sz w:val="24"/>
          <w:szCs w:val="24"/>
        </w:rPr>
        <w:t>załącznik</w:t>
      </w:r>
      <w:proofErr w:type="spellEnd"/>
      <w:r w:rsidR="00034267" w:rsidRPr="00672CEE">
        <w:rPr>
          <w:rFonts w:ascii="Times New Roman" w:hAnsi="Times New Roman" w:cs="Times New Roman"/>
          <w:b/>
          <w:sz w:val="24"/>
          <w:szCs w:val="24"/>
        </w:rPr>
        <w:t xml:space="preserve"> nr 2</w:t>
      </w:r>
      <w:r w:rsidR="00193355"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00A2" w:rsidRPr="00672CEE">
        <w:rPr>
          <w:rFonts w:ascii="Times New Roman" w:hAnsi="Times New Roman" w:cs="Times New Roman"/>
          <w:b/>
          <w:sz w:val="24"/>
          <w:szCs w:val="24"/>
        </w:rPr>
        <w:t>Oświadczenie</w:t>
      </w:r>
      <w:proofErr w:type="spellEnd"/>
      <w:r w:rsidR="00C800A2"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00A2" w:rsidRPr="00672CEE">
        <w:rPr>
          <w:rFonts w:ascii="Times New Roman" w:hAnsi="Times New Roman" w:cs="Times New Roman"/>
          <w:b/>
          <w:sz w:val="24"/>
          <w:szCs w:val="24"/>
        </w:rPr>
        <w:t>uczestnika</w:t>
      </w:r>
      <w:proofErr w:type="spellEnd"/>
      <w:r w:rsidR="00C800A2"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00A2" w:rsidRPr="00672CEE">
        <w:rPr>
          <w:rFonts w:ascii="Times New Roman" w:hAnsi="Times New Roman" w:cs="Times New Roman"/>
          <w:b/>
          <w:sz w:val="24"/>
          <w:szCs w:val="24"/>
        </w:rPr>
        <w:t>projektu</w:t>
      </w:r>
      <w:proofErr w:type="spellEnd"/>
      <w:r w:rsidR="00C800A2" w:rsidRPr="00672CE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C800A2" w:rsidRPr="00672CEE">
        <w:rPr>
          <w:rFonts w:ascii="Times New Roman" w:hAnsi="Times New Roman" w:cs="Times New Roman"/>
          <w:b/>
          <w:sz w:val="24"/>
          <w:szCs w:val="24"/>
        </w:rPr>
        <w:t>rodzica</w:t>
      </w:r>
      <w:proofErr w:type="spellEnd"/>
      <w:r w:rsidR="00C800A2"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00A2" w:rsidRPr="00672CEE">
        <w:rPr>
          <w:rFonts w:ascii="Times New Roman" w:hAnsi="Times New Roman" w:cs="Times New Roman"/>
          <w:b/>
          <w:sz w:val="24"/>
          <w:szCs w:val="24"/>
        </w:rPr>
        <w:t>lub</w:t>
      </w:r>
      <w:proofErr w:type="spellEnd"/>
      <w:r w:rsidR="00C800A2"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00A2" w:rsidRPr="00672CEE">
        <w:rPr>
          <w:rFonts w:ascii="Times New Roman" w:hAnsi="Times New Roman" w:cs="Times New Roman"/>
          <w:b/>
          <w:sz w:val="24"/>
          <w:szCs w:val="24"/>
        </w:rPr>
        <w:t>opekuna</w:t>
      </w:r>
      <w:proofErr w:type="spellEnd"/>
      <w:r w:rsidR="00C800A2"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00A2" w:rsidRPr="00672CEE">
        <w:rPr>
          <w:rFonts w:ascii="Times New Roman" w:hAnsi="Times New Roman" w:cs="Times New Roman"/>
          <w:b/>
          <w:sz w:val="24"/>
          <w:szCs w:val="24"/>
        </w:rPr>
        <w:t>prawnego</w:t>
      </w:r>
      <w:proofErr w:type="spellEnd"/>
      <w:r w:rsidR="00C800A2" w:rsidRPr="00672C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EEFDB0" w14:textId="77777777" w:rsidR="00360DDF" w:rsidRPr="00672CEE" w:rsidRDefault="00360DDF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7875B99F" w14:textId="140010E7" w:rsidR="00360DDF" w:rsidRPr="00672CEE" w:rsidRDefault="0081084F" w:rsidP="00BD7F6F">
      <w:pPr>
        <w:pStyle w:val="Akapitzlist"/>
        <w:numPr>
          <w:ilvl w:val="0"/>
          <w:numId w:val="10"/>
        </w:numPr>
        <w:spacing w:before="100" w:after="60"/>
        <w:rPr>
          <w:rFonts w:ascii="Times New Roman" w:hAnsi="Times New Roman" w:cs="Times New Roman"/>
          <w:b/>
          <w:sz w:val="24"/>
          <w:szCs w:val="24"/>
        </w:rPr>
      </w:pPr>
      <w:r w:rsidRPr="00672CEE">
        <w:rPr>
          <w:rFonts w:ascii="Times New Roman" w:hAnsi="Times New Roman" w:cs="Times New Roman"/>
          <w:b/>
          <w:sz w:val="24"/>
          <w:szCs w:val="24"/>
        </w:rPr>
        <w:t>PODPIS RODZICA / OPIEKUNA PRAWNEGO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51"/>
        <w:gridCol w:w="5151"/>
      </w:tblGrid>
      <w:tr w:rsidR="00E029CC" w:rsidRPr="00672CEE" w14:paraId="24D7FB8B" w14:textId="77777777">
        <w:trPr>
          <w:jc w:val="center"/>
        </w:trPr>
        <w:tc>
          <w:tcPr>
            <w:tcW w:w="5156" w:type="dxa"/>
            <w:vAlign w:val="center"/>
          </w:tcPr>
          <w:p w14:paraId="79AECC85" w14:textId="31A55163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Miejscowość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56" w:type="dxa"/>
            <w:vAlign w:val="center"/>
          </w:tcPr>
          <w:p w14:paraId="41E90E57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Czytelny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podpis rodzica/opiekuna prawnego</w:t>
            </w:r>
          </w:p>
        </w:tc>
      </w:tr>
      <w:tr w:rsidR="00E029CC" w:rsidRPr="00672CEE" w14:paraId="1694F082" w14:textId="77777777">
        <w:trPr>
          <w:jc w:val="center"/>
        </w:trPr>
        <w:tc>
          <w:tcPr>
            <w:tcW w:w="5156" w:type="dxa"/>
            <w:vAlign w:val="center"/>
          </w:tcPr>
          <w:p w14:paraId="0CD9D878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sz w:val="24"/>
                <w:szCs w:val="24"/>
              </w:rPr>
              <w:br/>
              <w:t>....................................................</w:t>
            </w:r>
          </w:p>
        </w:tc>
        <w:tc>
          <w:tcPr>
            <w:tcW w:w="5156" w:type="dxa"/>
            <w:vAlign w:val="center"/>
          </w:tcPr>
          <w:p w14:paraId="63305B19" w14:textId="77777777" w:rsidR="0072507F" w:rsidRPr="00672CEE" w:rsidRDefault="00725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22653" w14:textId="738F800D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sz w:val="24"/>
                <w:szCs w:val="24"/>
              </w:rPr>
              <w:br/>
              <w:t>....................................................</w:t>
            </w:r>
          </w:p>
        </w:tc>
      </w:tr>
    </w:tbl>
    <w:p w14:paraId="1C93E26E" w14:textId="77777777" w:rsidR="00360DDF" w:rsidRDefault="00360DDF">
      <w:pPr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0265D9F1" w14:textId="77777777" w:rsidR="00B81082" w:rsidRDefault="00B81082">
      <w:pPr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33473FE0" w14:textId="77777777" w:rsidR="00B81082" w:rsidRDefault="00B81082">
      <w:pPr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3BCBCB37" w14:textId="77777777" w:rsidR="00B81082" w:rsidRDefault="00B81082">
      <w:pPr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6DDF41F4" w14:textId="77777777" w:rsidR="00B81082" w:rsidRDefault="00B81082">
      <w:pPr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6B6B84F1" w14:textId="77777777" w:rsidR="00B81082" w:rsidRDefault="00B81082">
      <w:pPr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7AA9855F" w14:textId="77777777" w:rsidR="00B81082" w:rsidRDefault="00B81082">
      <w:pPr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2EB5A905" w14:textId="77777777" w:rsidR="00B81082" w:rsidRDefault="00B81082">
      <w:pPr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4FB16BFA" w14:textId="77777777" w:rsidR="00B81082" w:rsidRPr="00672CEE" w:rsidRDefault="00B81082">
      <w:pPr>
        <w:spacing w:before="100" w:after="60"/>
        <w:rPr>
          <w:rFonts w:ascii="Times New Roman" w:hAnsi="Times New Roman" w:cs="Times New Roman"/>
          <w:b/>
          <w:sz w:val="24"/>
          <w:szCs w:val="24"/>
        </w:rPr>
      </w:pPr>
    </w:p>
    <w:p w14:paraId="6ADB6119" w14:textId="0BE7B97D" w:rsidR="00E029CC" w:rsidRPr="00672CEE" w:rsidRDefault="0081084F" w:rsidP="00360DDF">
      <w:pPr>
        <w:pStyle w:val="Akapitzlist"/>
        <w:numPr>
          <w:ilvl w:val="0"/>
          <w:numId w:val="10"/>
        </w:numPr>
        <w:spacing w:before="100" w:after="60"/>
        <w:rPr>
          <w:rFonts w:ascii="Times New Roman" w:hAnsi="Times New Roman" w:cs="Times New Roman"/>
          <w:b/>
          <w:sz w:val="24"/>
          <w:szCs w:val="24"/>
        </w:rPr>
      </w:pPr>
      <w:r w:rsidRPr="00672CEE">
        <w:rPr>
          <w:rFonts w:ascii="Times New Roman" w:hAnsi="Times New Roman" w:cs="Times New Roman"/>
          <w:b/>
          <w:sz w:val="24"/>
          <w:szCs w:val="24"/>
        </w:rPr>
        <w:t>ADNOTACJE PLACÓWKI</w:t>
      </w:r>
    </w:p>
    <w:p w14:paraId="06447922" w14:textId="77777777" w:rsidR="00360DDF" w:rsidRPr="00672CEE" w:rsidRDefault="00360DDF" w:rsidP="00360DDF">
      <w:pPr>
        <w:pStyle w:val="Akapitzlist"/>
        <w:spacing w:before="100" w:after="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51"/>
        <w:gridCol w:w="5151"/>
      </w:tblGrid>
      <w:tr w:rsidR="00E029CC" w:rsidRPr="00672CEE" w14:paraId="365E7B6C" w14:textId="77777777" w:rsidTr="00AA0204">
        <w:trPr>
          <w:jc w:val="center"/>
        </w:trPr>
        <w:tc>
          <w:tcPr>
            <w:tcW w:w="5151" w:type="dxa"/>
            <w:vAlign w:val="center"/>
          </w:tcPr>
          <w:p w14:paraId="7D28ECEC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8637884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przyjęcia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dokumentu</w:t>
            </w:r>
            <w:proofErr w:type="spellEnd"/>
          </w:p>
        </w:tc>
        <w:tc>
          <w:tcPr>
            <w:tcW w:w="5151" w:type="dxa"/>
            <w:vAlign w:val="center"/>
          </w:tcPr>
          <w:p w14:paraId="261608DB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>Dokument</w:t>
            </w:r>
            <w:proofErr w:type="spellEnd"/>
            <w:r w:rsidRPr="00672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przyjął/a</w:t>
            </w:r>
          </w:p>
        </w:tc>
      </w:tr>
      <w:tr w:rsidR="00E029CC" w:rsidRPr="00672CEE" w14:paraId="6EDB8BB4" w14:textId="77777777" w:rsidTr="00C20F97">
        <w:trPr>
          <w:trHeight w:val="1191"/>
          <w:jc w:val="center"/>
        </w:trPr>
        <w:tc>
          <w:tcPr>
            <w:tcW w:w="5151" w:type="dxa"/>
            <w:vAlign w:val="center"/>
          </w:tcPr>
          <w:p w14:paraId="2095B72D" w14:textId="7A5CA8B1" w:rsidR="00360DDF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61B1AB1C" w14:textId="13117A83" w:rsidR="0072507F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</w:t>
            </w:r>
          </w:p>
        </w:tc>
        <w:tc>
          <w:tcPr>
            <w:tcW w:w="5151" w:type="dxa"/>
            <w:vAlign w:val="center"/>
          </w:tcPr>
          <w:p w14:paraId="77FE38F2" w14:textId="77777777" w:rsidR="00E029CC" w:rsidRPr="00672CEE" w:rsidRDefault="008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CEE">
              <w:rPr>
                <w:rFonts w:ascii="Times New Roman" w:hAnsi="Times New Roman" w:cs="Times New Roman"/>
                <w:sz w:val="24"/>
                <w:szCs w:val="24"/>
              </w:rPr>
              <w:br/>
              <w:t>....................................................</w:t>
            </w:r>
          </w:p>
        </w:tc>
      </w:tr>
      <w:bookmarkEnd w:id="1"/>
    </w:tbl>
    <w:tbl>
      <w:tblPr>
        <w:tblW w:w="10766" w:type="dxa"/>
        <w:jc w:val="center"/>
        <w:tblLook w:val="04A0" w:firstRow="1" w:lastRow="0" w:firstColumn="1" w:lastColumn="0" w:noHBand="0" w:noVBand="1"/>
      </w:tblPr>
      <w:tblGrid>
        <w:gridCol w:w="10766"/>
      </w:tblGrid>
      <w:tr w:rsidR="00861342" w:rsidRPr="00861342" w14:paraId="0CFA9C1E" w14:textId="77777777" w:rsidTr="00861342">
        <w:trPr>
          <w:trHeight w:val="747"/>
          <w:jc w:val="center"/>
        </w:trPr>
        <w:tc>
          <w:tcPr>
            <w:tcW w:w="10766" w:type="dxa"/>
            <w:vAlign w:val="center"/>
          </w:tcPr>
          <w:p w14:paraId="51C0E321" w14:textId="77777777" w:rsidR="00861342" w:rsidRPr="00861342" w:rsidRDefault="00861342" w:rsidP="00861342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FD657FE" w14:textId="77777777" w:rsidR="00861342" w:rsidRPr="00861342" w:rsidRDefault="00861342" w:rsidP="00861342">
            <w:pPr>
              <w:numPr>
                <w:ilvl w:val="0"/>
                <w:numId w:val="12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WYPEŁNIA PRZEDSZKOLE / KOMISJA REKRUTACYJNA</w:t>
            </w:r>
          </w:p>
        </w:tc>
      </w:tr>
    </w:tbl>
    <w:tbl>
      <w:tblPr>
        <w:tblStyle w:val="Tabela-Siatka"/>
        <w:tblW w:w="10766" w:type="dxa"/>
        <w:jc w:val="center"/>
        <w:tblLook w:val="04A0" w:firstRow="1" w:lastRow="0" w:firstColumn="1" w:lastColumn="0" w:noHBand="0" w:noVBand="1"/>
      </w:tblPr>
      <w:tblGrid>
        <w:gridCol w:w="2692"/>
        <w:gridCol w:w="2692"/>
        <w:gridCol w:w="2690"/>
        <w:gridCol w:w="2692"/>
      </w:tblGrid>
      <w:tr w:rsidR="00861342" w:rsidRPr="00861342" w14:paraId="11A467DF" w14:textId="77777777" w:rsidTr="00506731">
        <w:trPr>
          <w:trHeight w:val="313"/>
          <w:jc w:val="center"/>
        </w:trPr>
        <w:tc>
          <w:tcPr>
            <w:tcW w:w="2692" w:type="dxa"/>
            <w:shd w:val="clear" w:color="auto" w:fill="E7E6E6"/>
          </w:tcPr>
          <w:p w14:paraId="0543F3A8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Weryfikacja</w:t>
            </w:r>
            <w:proofErr w:type="spellEnd"/>
          </w:p>
        </w:tc>
        <w:tc>
          <w:tcPr>
            <w:tcW w:w="2691" w:type="dxa"/>
            <w:shd w:val="clear" w:color="auto" w:fill="E7E6E6"/>
          </w:tcPr>
          <w:p w14:paraId="1AE735D2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TAK</w:t>
            </w:r>
          </w:p>
        </w:tc>
        <w:tc>
          <w:tcPr>
            <w:tcW w:w="2690" w:type="dxa"/>
            <w:shd w:val="clear" w:color="auto" w:fill="E7E6E6"/>
          </w:tcPr>
          <w:p w14:paraId="33087F33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NIE</w:t>
            </w:r>
          </w:p>
        </w:tc>
        <w:tc>
          <w:tcPr>
            <w:tcW w:w="2691" w:type="dxa"/>
            <w:shd w:val="clear" w:color="auto" w:fill="E7E6E6"/>
          </w:tcPr>
          <w:p w14:paraId="68048D0F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Uwagi</w:t>
            </w:r>
            <w:proofErr w:type="spellEnd"/>
          </w:p>
        </w:tc>
      </w:tr>
      <w:tr w:rsidR="00861342" w:rsidRPr="00861342" w14:paraId="78882A74" w14:textId="77777777" w:rsidTr="00506731">
        <w:trPr>
          <w:trHeight w:val="940"/>
          <w:jc w:val="center"/>
        </w:trPr>
        <w:tc>
          <w:tcPr>
            <w:tcW w:w="2692" w:type="dxa"/>
          </w:tcPr>
          <w:p w14:paraId="6B318D4E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Dziecko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uczęszcza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do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placówki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objętej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Projektem</w:t>
            </w:r>
            <w:proofErr w:type="spellEnd"/>
          </w:p>
        </w:tc>
        <w:tc>
          <w:tcPr>
            <w:tcW w:w="2691" w:type="dxa"/>
          </w:tcPr>
          <w:p w14:paraId="6706EB7C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0" w:type="dxa"/>
          </w:tcPr>
          <w:p w14:paraId="0F84E185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1" w:type="dxa"/>
          </w:tcPr>
          <w:p w14:paraId="77CC6D40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61342" w:rsidRPr="00861342" w14:paraId="43DBFF31" w14:textId="77777777" w:rsidTr="00506731">
        <w:trPr>
          <w:trHeight w:val="613"/>
          <w:jc w:val="center"/>
        </w:trPr>
        <w:tc>
          <w:tcPr>
            <w:tcW w:w="2692" w:type="dxa"/>
          </w:tcPr>
          <w:p w14:paraId="1AD1AE3C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Dokument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jest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kompletny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podpisany</w:t>
            </w:r>
            <w:proofErr w:type="spellEnd"/>
          </w:p>
        </w:tc>
        <w:tc>
          <w:tcPr>
            <w:tcW w:w="2691" w:type="dxa"/>
          </w:tcPr>
          <w:p w14:paraId="791604A4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0" w:type="dxa"/>
          </w:tcPr>
          <w:p w14:paraId="5CBD0768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1" w:type="dxa"/>
          </w:tcPr>
          <w:p w14:paraId="5AD1F620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61342" w:rsidRPr="00861342" w14:paraId="35B3A882" w14:textId="77777777" w:rsidTr="00506731">
        <w:trPr>
          <w:trHeight w:val="626"/>
          <w:jc w:val="center"/>
        </w:trPr>
        <w:tc>
          <w:tcPr>
            <w:tcW w:w="2692" w:type="dxa"/>
          </w:tcPr>
          <w:p w14:paraId="69D9E546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Spełniono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warunki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udziału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w Projekcie</w:t>
            </w:r>
          </w:p>
        </w:tc>
        <w:tc>
          <w:tcPr>
            <w:tcW w:w="2691" w:type="dxa"/>
          </w:tcPr>
          <w:p w14:paraId="673D8C8A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0" w:type="dxa"/>
          </w:tcPr>
          <w:p w14:paraId="3F45695E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</w:p>
        </w:tc>
        <w:tc>
          <w:tcPr>
            <w:tcW w:w="2691" w:type="dxa"/>
          </w:tcPr>
          <w:p w14:paraId="64E80FD1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61342" w:rsidRPr="00861342" w14:paraId="350726AF" w14:textId="77777777" w:rsidTr="00506731">
        <w:trPr>
          <w:trHeight w:val="722"/>
          <w:jc w:val="center"/>
        </w:trPr>
        <w:tc>
          <w:tcPr>
            <w:tcW w:w="5384" w:type="dxa"/>
            <w:gridSpan w:val="2"/>
          </w:tcPr>
          <w:p w14:paraId="48544610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Decyzja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 </w:t>
            </w:r>
            <w:r w:rsidRPr="00861342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ZAKWALIFIKOWANO</w:t>
            </w:r>
          </w:p>
          <w:p w14:paraId="6410AE8C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</w:t>
            </w:r>
            <w:r w:rsidRPr="00861342">
              <w:rPr>
                <w:rFonts w:ascii="Segoe UI Symbol" w:hAnsi="Segoe UI Symbol" w:cs="Segoe UI Symbol"/>
                <w:sz w:val="24"/>
                <w:szCs w:val="24"/>
                <w:u w:val="single"/>
              </w:rPr>
              <w:t>☐</w:t>
            </w:r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NIE ZAKWALIFIKOWANO</w:t>
            </w:r>
          </w:p>
        </w:tc>
        <w:tc>
          <w:tcPr>
            <w:tcW w:w="5382" w:type="dxa"/>
            <w:gridSpan w:val="2"/>
          </w:tcPr>
          <w:p w14:paraId="6F052FC9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Data: </w:t>
            </w:r>
          </w:p>
        </w:tc>
      </w:tr>
      <w:tr w:rsidR="00861342" w:rsidRPr="00861342" w14:paraId="01E6E962" w14:textId="77777777" w:rsidTr="00506731">
        <w:trPr>
          <w:trHeight w:val="722"/>
          <w:jc w:val="center"/>
        </w:trPr>
        <w:tc>
          <w:tcPr>
            <w:tcW w:w="5384" w:type="dxa"/>
            <w:gridSpan w:val="2"/>
          </w:tcPr>
          <w:p w14:paraId="6E63DA5E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Planowana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data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zakończenia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edukacji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w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placówce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edukacyjnej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dziecka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zakwalifikowanego</w:t>
            </w:r>
            <w:proofErr w:type="spellEnd"/>
          </w:p>
        </w:tc>
        <w:tc>
          <w:tcPr>
            <w:tcW w:w="5382" w:type="dxa"/>
            <w:gridSpan w:val="2"/>
          </w:tcPr>
          <w:p w14:paraId="07BD3D57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61342" w:rsidRPr="00861342" w14:paraId="00A01561" w14:textId="77777777" w:rsidTr="00506731">
        <w:trPr>
          <w:trHeight w:val="313"/>
          <w:jc w:val="center"/>
        </w:trPr>
        <w:tc>
          <w:tcPr>
            <w:tcW w:w="5384" w:type="dxa"/>
            <w:gridSpan w:val="2"/>
          </w:tcPr>
          <w:p w14:paraId="1293FF9D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Podpis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osoby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osób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weryfikujących</w:t>
            </w:r>
            <w:proofErr w:type="spellEnd"/>
            <w:r w:rsidRPr="008613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</w:tc>
        <w:tc>
          <w:tcPr>
            <w:tcW w:w="5382" w:type="dxa"/>
            <w:gridSpan w:val="2"/>
          </w:tcPr>
          <w:p w14:paraId="52C1E78E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73DD01EF" w14:textId="77777777" w:rsidR="00861342" w:rsidRPr="00861342" w:rsidRDefault="00861342" w:rsidP="008613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778B78E4" w14:textId="49FBACA3" w:rsidR="00E029CC" w:rsidRPr="00672CEE" w:rsidRDefault="00E029CC" w:rsidP="00E2041C">
      <w:pPr>
        <w:spacing w:before="100"/>
        <w:rPr>
          <w:rFonts w:ascii="Times New Roman" w:hAnsi="Times New Roman" w:cs="Times New Roman"/>
          <w:sz w:val="24"/>
          <w:szCs w:val="24"/>
        </w:rPr>
      </w:pPr>
    </w:p>
    <w:sectPr w:rsidR="00E029CC" w:rsidRPr="00672CEE" w:rsidSect="00034616">
      <w:headerReference w:type="default" r:id="rId9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DE87" w14:textId="77777777" w:rsidR="00E2041C" w:rsidRDefault="00E2041C" w:rsidP="00E2041C">
      <w:pPr>
        <w:spacing w:after="0" w:line="240" w:lineRule="auto"/>
      </w:pPr>
      <w:r>
        <w:separator/>
      </w:r>
    </w:p>
  </w:endnote>
  <w:endnote w:type="continuationSeparator" w:id="0">
    <w:p w14:paraId="1192A4F3" w14:textId="77777777" w:rsidR="00E2041C" w:rsidRDefault="00E2041C" w:rsidP="00E2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39BAF" w14:textId="77777777" w:rsidR="00E2041C" w:rsidRDefault="00E2041C" w:rsidP="00E2041C">
      <w:pPr>
        <w:spacing w:after="0" w:line="240" w:lineRule="auto"/>
      </w:pPr>
      <w:r>
        <w:separator/>
      </w:r>
    </w:p>
  </w:footnote>
  <w:footnote w:type="continuationSeparator" w:id="0">
    <w:p w14:paraId="16B0D521" w14:textId="77777777" w:rsidR="00E2041C" w:rsidRDefault="00E2041C" w:rsidP="00E2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F343E" w14:textId="37F4E261" w:rsidR="00E2041C" w:rsidRDefault="00E2041C">
    <w:pPr>
      <w:pStyle w:val="Nagwek"/>
    </w:pPr>
    <w:r w:rsidRPr="008658B7">
      <w:rPr>
        <w:noProof/>
      </w:rPr>
      <w:drawing>
        <wp:anchor distT="0" distB="0" distL="114300" distR="114300" simplePos="0" relativeHeight="251659264" behindDoc="1" locked="0" layoutInCell="1" allowOverlap="1" wp14:anchorId="489D6C71" wp14:editId="274A3B79">
          <wp:simplePos x="0" y="0"/>
          <wp:positionH relativeFrom="margin">
            <wp:posOffset>-327660</wp:posOffset>
          </wp:positionH>
          <wp:positionV relativeFrom="paragraph">
            <wp:posOffset>-434340</wp:posOffset>
          </wp:positionV>
          <wp:extent cx="6876415" cy="561975"/>
          <wp:effectExtent l="0" t="0" r="635" b="9525"/>
          <wp:wrapNone/>
          <wp:docPr id="8032837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28374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4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3C1C9E"/>
    <w:multiLevelType w:val="hybridMultilevel"/>
    <w:tmpl w:val="5A222BAA"/>
    <w:lvl w:ilvl="0" w:tplc="8E3AD9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D7B"/>
    <w:multiLevelType w:val="multilevel"/>
    <w:tmpl w:val="A24C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292747"/>
    <w:multiLevelType w:val="hybridMultilevel"/>
    <w:tmpl w:val="BA5A8A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674136">
    <w:abstractNumId w:val="8"/>
  </w:num>
  <w:num w:numId="2" w16cid:durableId="1316296801">
    <w:abstractNumId w:val="6"/>
  </w:num>
  <w:num w:numId="3" w16cid:durableId="2051226040">
    <w:abstractNumId w:val="5"/>
  </w:num>
  <w:num w:numId="4" w16cid:durableId="633023856">
    <w:abstractNumId w:val="4"/>
  </w:num>
  <w:num w:numId="5" w16cid:durableId="1417821528">
    <w:abstractNumId w:val="7"/>
  </w:num>
  <w:num w:numId="6" w16cid:durableId="599148051">
    <w:abstractNumId w:val="3"/>
  </w:num>
  <w:num w:numId="7" w16cid:durableId="1389955755">
    <w:abstractNumId w:val="2"/>
  </w:num>
  <w:num w:numId="8" w16cid:durableId="976842559">
    <w:abstractNumId w:val="1"/>
  </w:num>
  <w:num w:numId="9" w16cid:durableId="770319623">
    <w:abstractNumId w:val="0"/>
  </w:num>
  <w:num w:numId="10" w16cid:durableId="1101071765">
    <w:abstractNumId w:val="9"/>
  </w:num>
  <w:num w:numId="11" w16cid:durableId="1414736296">
    <w:abstractNumId w:val="10"/>
  </w:num>
  <w:num w:numId="12" w16cid:durableId="561264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2D41431-D9BB-483C-A00D-98275A2222B1}"/>
  </w:docVars>
  <w:rsids>
    <w:rsidRoot w:val="00B47730"/>
    <w:rsid w:val="00017B67"/>
    <w:rsid w:val="00034267"/>
    <w:rsid w:val="00034616"/>
    <w:rsid w:val="0006063C"/>
    <w:rsid w:val="00085DF7"/>
    <w:rsid w:val="000B3DB4"/>
    <w:rsid w:val="00140B07"/>
    <w:rsid w:val="0015074B"/>
    <w:rsid w:val="0016313A"/>
    <w:rsid w:val="001631AC"/>
    <w:rsid w:val="00193355"/>
    <w:rsid w:val="00196E68"/>
    <w:rsid w:val="0026123E"/>
    <w:rsid w:val="0029639D"/>
    <w:rsid w:val="002C34B0"/>
    <w:rsid w:val="002E6668"/>
    <w:rsid w:val="00326F90"/>
    <w:rsid w:val="00360DDF"/>
    <w:rsid w:val="00401F3D"/>
    <w:rsid w:val="00435194"/>
    <w:rsid w:val="004A6F99"/>
    <w:rsid w:val="005B5056"/>
    <w:rsid w:val="006002D5"/>
    <w:rsid w:val="00672CEE"/>
    <w:rsid w:val="00685EC7"/>
    <w:rsid w:val="00711991"/>
    <w:rsid w:val="0072507F"/>
    <w:rsid w:val="007E4238"/>
    <w:rsid w:val="0081084F"/>
    <w:rsid w:val="00861342"/>
    <w:rsid w:val="008F4E04"/>
    <w:rsid w:val="0090401B"/>
    <w:rsid w:val="009A480C"/>
    <w:rsid w:val="00AA0204"/>
    <w:rsid w:val="00AA1D8D"/>
    <w:rsid w:val="00B3243A"/>
    <w:rsid w:val="00B47730"/>
    <w:rsid w:val="00B81082"/>
    <w:rsid w:val="00BD7F6F"/>
    <w:rsid w:val="00C20F97"/>
    <w:rsid w:val="00C304AF"/>
    <w:rsid w:val="00C800A2"/>
    <w:rsid w:val="00C94393"/>
    <w:rsid w:val="00C95085"/>
    <w:rsid w:val="00CB0664"/>
    <w:rsid w:val="00CB11B0"/>
    <w:rsid w:val="00D078C0"/>
    <w:rsid w:val="00DC1072"/>
    <w:rsid w:val="00E029CC"/>
    <w:rsid w:val="00E2041C"/>
    <w:rsid w:val="00EC3AEF"/>
    <w:rsid w:val="00F06FE8"/>
    <w:rsid w:val="00F661BA"/>
    <w:rsid w:val="00FB09AD"/>
    <w:rsid w:val="00FC4B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1C7A1"/>
  <w14:defaultImageDpi w14:val="330"/>
  <w15:docId w15:val="{A659A0EB-44AE-48A3-8E23-19C3BD1C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D41431-D9BB-483C-A00D-98275A2222B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483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Aneta</cp:lastModifiedBy>
  <cp:revision>17</cp:revision>
  <cp:lastPrinted>2026-08-24T10:23:00Z</cp:lastPrinted>
  <dcterms:created xsi:type="dcterms:W3CDTF">2026-08-24T08:52:00Z</dcterms:created>
  <dcterms:modified xsi:type="dcterms:W3CDTF">2026-08-26T10:10:00Z</dcterms:modified>
  <cp:category/>
</cp:coreProperties>
</file>