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2D48" w14:textId="77777777" w:rsidR="00A9791A" w:rsidRPr="00244464" w:rsidRDefault="00A9791A">
      <w:pPr>
        <w:jc w:val="right"/>
        <w:rPr>
          <w:rFonts w:ascii="Times New Roman" w:hAnsi="Times New Roman" w:cs="Times New Roman"/>
          <w:b/>
          <w:color w:val="2B6CB0"/>
          <w:sz w:val="18"/>
        </w:rPr>
      </w:pPr>
    </w:p>
    <w:p w14:paraId="5DD06CB9" w14:textId="7A8D2231" w:rsidR="00750146" w:rsidRPr="00244464" w:rsidRDefault="00110BD0">
      <w:pPr>
        <w:jc w:val="right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ZAŁĄCZNIK NR 1 </w:t>
      </w:r>
    </w:p>
    <w:p w14:paraId="3E007268" w14:textId="3E3F799C" w:rsidR="00504E73" w:rsidRDefault="00504E73">
      <w:pPr>
        <w:jc w:val="right"/>
        <w:rPr>
          <w:rFonts w:ascii="Times New Roman" w:hAnsi="Times New Roman" w:cs="Times New Roman"/>
          <w:bCs/>
          <w:color w:val="auto"/>
          <w:sz w:val="20"/>
          <w:szCs w:val="20"/>
        </w:rPr>
      </w:pPr>
      <w:proofErr w:type="spellStart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>do</w:t>
      </w:r>
      <w:proofErr w:type="spellEnd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>Regulaminu</w:t>
      </w:r>
      <w:proofErr w:type="spellEnd"/>
      <w:r w:rsidR="009F5FBC" w:rsidRPr="0024446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>rekrutacji</w:t>
      </w:r>
      <w:proofErr w:type="spellEnd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="009F5FBC" w:rsidRPr="00244464">
        <w:rPr>
          <w:rFonts w:ascii="Times New Roman" w:hAnsi="Times New Roman" w:cs="Times New Roman"/>
          <w:bCs/>
          <w:color w:val="auto"/>
          <w:sz w:val="20"/>
          <w:szCs w:val="20"/>
        </w:rPr>
        <w:t>i</w:t>
      </w:r>
      <w:proofErr w:type="spellEnd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>uczestnictwa</w:t>
      </w:r>
      <w:proofErr w:type="spellEnd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w </w:t>
      </w:r>
      <w:proofErr w:type="spellStart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>Projekcie</w:t>
      </w:r>
      <w:proofErr w:type="spellEnd"/>
      <w:r w:rsidRPr="00244464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</w:p>
    <w:p w14:paraId="6797B574" w14:textId="77777777" w:rsidR="00733D59" w:rsidRPr="00244464" w:rsidRDefault="00733D59">
      <w:pPr>
        <w:jc w:val="right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1FE7D62B" w14:textId="77777777" w:rsidR="00750146" w:rsidRPr="00244464" w:rsidRDefault="00110BD0" w:rsidP="00B950F3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44464">
        <w:rPr>
          <w:rFonts w:ascii="Times New Roman" w:hAnsi="Times New Roman" w:cs="Times New Roman"/>
          <w:b/>
          <w:color w:val="auto"/>
          <w:sz w:val="24"/>
          <w:szCs w:val="24"/>
        </w:rPr>
        <w:t>FORMULARZ ZGŁOSZENIOWY UCZNIA DO PROJEKTU</w:t>
      </w:r>
    </w:p>
    <w:p w14:paraId="2B22A7D0" w14:textId="33747BDD" w:rsidR="00B950F3" w:rsidRPr="009421A0" w:rsidRDefault="00110BD0" w:rsidP="00B97DF7">
      <w:pPr>
        <w:spacing w:after="1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Hlk239072493"/>
      <w:r w:rsidRPr="00244464">
        <w:rPr>
          <w:rFonts w:ascii="Times New Roman" w:hAnsi="Times New Roman" w:cs="Times New Roman"/>
          <w:color w:val="auto"/>
          <w:sz w:val="24"/>
          <w:szCs w:val="24"/>
        </w:rPr>
        <w:t>„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Poprawa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oferty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edukacyjnej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szkół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podstawowych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w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Gminie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Skrzyszów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>”</w:t>
      </w:r>
      <w:r w:rsidRPr="00244464">
        <w:rPr>
          <w:rFonts w:ascii="Times New Roman" w:hAnsi="Times New Roman" w:cs="Times New Roman"/>
          <w:color w:val="auto"/>
          <w:sz w:val="24"/>
          <w:szCs w:val="24"/>
        </w:rPr>
        <w:br/>
        <w:t xml:space="preserve">FEM 2021–2027 |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Działanie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6.30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Wsparcie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kształcenia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ogólnego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– ZIT | EFS+</w:t>
      </w:r>
      <w:r w:rsidRPr="0024446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2D0E91">
        <w:rPr>
          <w:rFonts w:ascii="Times New Roman" w:hAnsi="Times New Roman" w:cs="Times New Roman"/>
          <w:color w:val="auto"/>
          <w:sz w:val="24"/>
          <w:szCs w:val="24"/>
        </w:rPr>
        <w:t xml:space="preserve">Nr </w:t>
      </w:r>
      <w:proofErr w:type="spellStart"/>
      <w:r w:rsidRPr="002D0E91">
        <w:rPr>
          <w:rFonts w:ascii="Times New Roman" w:hAnsi="Times New Roman" w:cs="Times New Roman"/>
          <w:color w:val="auto"/>
          <w:sz w:val="24"/>
          <w:szCs w:val="24"/>
        </w:rPr>
        <w:t>projektu</w:t>
      </w:r>
      <w:proofErr w:type="spellEnd"/>
      <w:r w:rsidRPr="002D0E91">
        <w:rPr>
          <w:rFonts w:ascii="Times New Roman" w:hAnsi="Times New Roman" w:cs="Times New Roman"/>
          <w:color w:val="auto"/>
          <w:sz w:val="24"/>
          <w:szCs w:val="24"/>
        </w:rPr>
        <w:t>: FEMP.06.30-IP.01-0595/25</w:t>
      </w:r>
      <w:bookmarkEnd w:id="0"/>
    </w:p>
    <w:p w14:paraId="3499BF2A" w14:textId="77777777" w:rsidR="005D2514" w:rsidRDefault="005D2514">
      <w:pPr>
        <w:spacing w:before="120" w:after="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8C744E9" w14:textId="2D1FB61A" w:rsidR="00750146" w:rsidRPr="009421A0" w:rsidRDefault="00110BD0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I. DANE UCZNIA / UCZENNICY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1418"/>
        <w:gridCol w:w="3622"/>
        <w:gridCol w:w="1872"/>
        <w:gridCol w:w="3312"/>
      </w:tblGrid>
      <w:tr w:rsidR="009F5FBC" w:rsidRPr="009421A0" w14:paraId="2A39BCBD" w14:textId="77777777" w:rsidTr="00A704B0">
        <w:trPr>
          <w:jc w:val="center"/>
        </w:trPr>
        <w:tc>
          <w:tcPr>
            <w:tcW w:w="1418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FAB6A18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 Imię:</w:t>
            </w:r>
          </w:p>
        </w:tc>
        <w:tc>
          <w:tcPr>
            <w:tcW w:w="362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E12178C" w14:textId="6982377C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71E4760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 Nazwisko:</w:t>
            </w:r>
          </w:p>
        </w:tc>
        <w:tc>
          <w:tcPr>
            <w:tcW w:w="331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FA50EE8" w14:textId="37AE8968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5FBC" w:rsidRPr="009421A0" w14:paraId="345236AF" w14:textId="77777777" w:rsidTr="00A704B0">
        <w:trPr>
          <w:jc w:val="center"/>
        </w:trPr>
        <w:tc>
          <w:tcPr>
            <w:tcW w:w="1418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40A6C37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3. PESEL:</w:t>
            </w:r>
          </w:p>
        </w:tc>
        <w:tc>
          <w:tcPr>
            <w:tcW w:w="362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EE62D62" w14:textId="439771E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F67D34D" w14:textId="0BE9F381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 </w:t>
            </w:r>
            <w:proofErr w:type="spellStart"/>
            <w:r w:rsidR="00A6021B" w:rsidRPr="00A602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Obywatelstwo</w:t>
            </w:r>
            <w:proofErr w:type="spellEnd"/>
            <w:r w:rsidR="000517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331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D2234D9" w14:textId="3DDA2ABB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44464" w:rsidRPr="009421A0" w14:paraId="73782D35" w14:textId="77777777" w:rsidTr="00A704B0">
        <w:trPr>
          <w:jc w:val="center"/>
        </w:trPr>
        <w:tc>
          <w:tcPr>
            <w:tcW w:w="1418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108A6D9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5. Klasa:</w:t>
            </w:r>
          </w:p>
        </w:tc>
        <w:tc>
          <w:tcPr>
            <w:tcW w:w="362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3F5B36A" w14:textId="23F98D4D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3F0C885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6. Płeć:</w:t>
            </w:r>
          </w:p>
        </w:tc>
        <w:tc>
          <w:tcPr>
            <w:tcW w:w="3312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7495615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Kobieta  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Mężczyzna</w:t>
            </w:r>
          </w:p>
        </w:tc>
      </w:tr>
    </w:tbl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963"/>
        <w:gridCol w:w="2100"/>
        <w:gridCol w:w="2100"/>
        <w:gridCol w:w="2101"/>
        <w:gridCol w:w="1942"/>
      </w:tblGrid>
      <w:tr w:rsidR="0035692E" w14:paraId="2991FF78" w14:textId="77777777" w:rsidTr="00C63178">
        <w:trPr>
          <w:trHeight w:val="318"/>
        </w:trPr>
        <w:tc>
          <w:tcPr>
            <w:tcW w:w="1963" w:type="dxa"/>
          </w:tcPr>
          <w:p w14:paraId="2772BD79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39071898"/>
            <w:proofErr w:type="spellStart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Województwo</w:t>
            </w:r>
            <w:proofErr w:type="spellEnd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AAA52A7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0" w:type="dxa"/>
          </w:tcPr>
          <w:p w14:paraId="4830A7AB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Powiat:</w:t>
            </w:r>
          </w:p>
          <w:p w14:paraId="433181D2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0" w:type="dxa"/>
          </w:tcPr>
          <w:p w14:paraId="631266D8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Gmina</w:t>
            </w:r>
            <w:proofErr w:type="spellEnd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5D4E351F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1" w:type="dxa"/>
          </w:tcPr>
          <w:p w14:paraId="1C58CC51" w14:textId="32A27676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</w:t>
            </w:r>
            <w:proofErr w:type="spellEnd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pocztowy</w:t>
            </w:r>
            <w:proofErr w:type="spellEnd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42" w:type="dxa"/>
          </w:tcPr>
          <w:p w14:paraId="1653D6D5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</w:t>
            </w:r>
            <w:proofErr w:type="spellEnd"/>
            <w:r w:rsidRPr="00C63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15A3020A" w14:textId="77777777" w:rsidR="0035692E" w:rsidRPr="00C63178" w:rsidRDefault="0035692E" w:rsidP="008C573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3178" w14:paraId="4F01CE77" w14:textId="77777777" w:rsidTr="00C63178">
        <w:trPr>
          <w:trHeight w:val="336"/>
        </w:trPr>
        <w:tc>
          <w:tcPr>
            <w:tcW w:w="1963" w:type="dxa"/>
          </w:tcPr>
          <w:p w14:paraId="69287BAB" w14:textId="77777777" w:rsidR="00C63178" w:rsidRPr="008C5736" w:rsidRDefault="00C63178" w:rsidP="008C573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511D34B9" w14:textId="77777777" w:rsidR="00C63178" w:rsidRPr="008C5736" w:rsidRDefault="00C63178" w:rsidP="008C573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687C82BC" w14:textId="77777777" w:rsidR="00C63178" w:rsidRPr="008C5736" w:rsidRDefault="00C63178" w:rsidP="008C573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</w:tcPr>
          <w:p w14:paraId="0BB044DC" w14:textId="77777777" w:rsidR="00C63178" w:rsidRPr="008C5736" w:rsidRDefault="00C63178" w:rsidP="008C573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14:paraId="044E683E" w14:textId="77777777" w:rsidR="00C63178" w:rsidRPr="008C5736" w:rsidRDefault="00C63178" w:rsidP="008C573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2DD5694F" w14:textId="77777777" w:rsidR="000C1679" w:rsidRPr="009421A0" w:rsidRDefault="000C1679">
      <w:pPr>
        <w:spacing w:before="120" w:after="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46B3254" w14:textId="18A9314F" w:rsidR="00750146" w:rsidRPr="009421A0" w:rsidRDefault="00110BD0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II. WYBÓR SZKOŁY (zaznaczyć właściwą)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1843"/>
        <w:gridCol w:w="6209"/>
        <w:gridCol w:w="2460"/>
      </w:tblGrid>
      <w:tr w:rsidR="009F5FBC" w:rsidRPr="009421A0" w14:paraId="74FE969A" w14:textId="77777777" w:rsidTr="00C41C95">
        <w:trPr>
          <w:jc w:val="center"/>
        </w:trPr>
        <w:tc>
          <w:tcPr>
            <w:tcW w:w="1843" w:type="dxa"/>
          </w:tcPr>
          <w:p w14:paraId="7F76A5E4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Lp</w:t>
            </w:r>
            <w:proofErr w:type="spellEnd"/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6209" w:type="dxa"/>
          </w:tcPr>
          <w:p w14:paraId="05C712D1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szkoły</w:t>
            </w:r>
          </w:p>
        </w:tc>
        <w:tc>
          <w:tcPr>
            <w:tcW w:w="2460" w:type="dxa"/>
          </w:tcPr>
          <w:p w14:paraId="4129A07C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Wybór</w:t>
            </w:r>
          </w:p>
        </w:tc>
      </w:tr>
      <w:tr w:rsidR="009F5FBC" w:rsidRPr="009421A0" w14:paraId="3E815BEB" w14:textId="77777777" w:rsidTr="002D0E91">
        <w:trPr>
          <w:jc w:val="center"/>
        </w:trPr>
        <w:tc>
          <w:tcPr>
            <w:tcW w:w="1843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65E47ED0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6209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9E1EEEC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Szkoła Podstawowa nr 1 im. Jana Pawła II w Skrzyszowie</w:t>
            </w:r>
          </w:p>
        </w:tc>
        <w:tc>
          <w:tcPr>
            <w:tcW w:w="2460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B9782CA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3D125E84" w14:textId="77777777" w:rsidTr="002D0E91">
        <w:trPr>
          <w:jc w:val="center"/>
        </w:trPr>
        <w:tc>
          <w:tcPr>
            <w:tcW w:w="1843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3B02CBA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</w:p>
        </w:tc>
        <w:tc>
          <w:tcPr>
            <w:tcW w:w="6209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18B093B2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Szkoła Podstawowa nr 1 im. Armii Krajowej w Szynwałdzie</w:t>
            </w:r>
          </w:p>
        </w:tc>
        <w:tc>
          <w:tcPr>
            <w:tcW w:w="2460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91EC903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398D49FF" w14:textId="77777777" w:rsidTr="002D0E91">
        <w:trPr>
          <w:jc w:val="center"/>
        </w:trPr>
        <w:tc>
          <w:tcPr>
            <w:tcW w:w="1843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4C0D369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</w:t>
            </w:r>
          </w:p>
        </w:tc>
        <w:tc>
          <w:tcPr>
            <w:tcW w:w="6209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47B145F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Szkoła Podstawowa im. Heleny Marusarzówny w Pogórskiej Woli</w:t>
            </w:r>
          </w:p>
        </w:tc>
        <w:tc>
          <w:tcPr>
            <w:tcW w:w="2460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0C96751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1668C903" w14:textId="77777777" w:rsidTr="002D0E91">
        <w:trPr>
          <w:jc w:val="center"/>
        </w:trPr>
        <w:tc>
          <w:tcPr>
            <w:tcW w:w="1843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C5C7E9F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</w:t>
            </w:r>
          </w:p>
        </w:tc>
        <w:tc>
          <w:tcPr>
            <w:tcW w:w="6209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3728271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Szkoła Podstawowa im. Kornela Makuszyńskiego w Ładnej</w:t>
            </w:r>
          </w:p>
        </w:tc>
        <w:tc>
          <w:tcPr>
            <w:tcW w:w="2460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B02D316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416253C6" w14:textId="77777777" w:rsidTr="002D0E91">
        <w:trPr>
          <w:jc w:val="center"/>
        </w:trPr>
        <w:tc>
          <w:tcPr>
            <w:tcW w:w="1843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CF43FA5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</w:t>
            </w:r>
          </w:p>
        </w:tc>
        <w:tc>
          <w:tcPr>
            <w:tcW w:w="6209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13A88B0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Szkoła Podstawowa im. Bohaterów Westerplatte w Łękawicy</w:t>
            </w:r>
          </w:p>
        </w:tc>
        <w:tc>
          <w:tcPr>
            <w:tcW w:w="2460" w:type="dxa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D9AA96B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</w:tbl>
    <w:p w14:paraId="7DD551BE" w14:textId="77777777" w:rsidR="000C1679" w:rsidRPr="009421A0" w:rsidRDefault="000C1679">
      <w:pPr>
        <w:spacing w:before="120" w:after="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34ADF7" w14:textId="6F35CBB8" w:rsidR="00750146" w:rsidRPr="009421A0" w:rsidRDefault="00110BD0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III. WYBÓR FORMY WSPARCIA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2127"/>
        <w:gridCol w:w="5953"/>
        <w:gridCol w:w="2432"/>
      </w:tblGrid>
      <w:tr w:rsidR="009F5FBC" w:rsidRPr="009421A0" w14:paraId="6A92E836" w14:textId="77777777" w:rsidTr="00C41C95">
        <w:trPr>
          <w:jc w:val="center"/>
        </w:trPr>
        <w:tc>
          <w:tcPr>
            <w:tcW w:w="2127" w:type="dxa"/>
          </w:tcPr>
          <w:p w14:paraId="2402D12C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Szkoła</w:t>
            </w:r>
            <w:proofErr w:type="spellEnd"/>
          </w:p>
        </w:tc>
        <w:tc>
          <w:tcPr>
            <w:tcW w:w="5953" w:type="dxa"/>
          </w:tcPr>
          <w:p w14:paraId="1B1F42F4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wsparcia</w:t>
            </w:r>
          </w:p>
        </w:tc>
        <w:tc>
          <w:tcPr>
            <w:tcW w:w="2432" w:type="dxa"/>
          </w:tcPr>
          <w:p w14:paraId="19584670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Wybór</w:t>
            </w:r>
          </w:p>
        </w:tc>
      </w:tr>
      <w:tr w:rsidR="009F5FBC" w:rsidRPr="009421A0" w14:paraId="12248256" w14:textId="77777777" w:rsidTr="002D0E91">
        <w:trPr>
          <w:jc w:val="center"/>
        </w:trPr>
        <w:tc>
          <w:tcPr>
            <w:tcW w:w="2127" w:type="dxa"/>
            <w:vMerge w:val="restart"/>
            <w:tcMar>
              <w:top w:w="25" w:type="dxa"/>
              <w:left w:w="100" w:type="dxa"/>
              <w:bottom w:w="25" w:type="dxa"/>
              <w:right w:w="100" w:type="dxa"/>
            </w:tcMar>
            <w:vAlign w:val="center"/>
          </w:tcPr>
          <w:p w14:paraId="20E3624B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 Nr 1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Skrzyszowie</w:t>
            </w:r>
            <w:proofErr w:type="spellEnd"/>
          </w:p>
          <w:p w14:paraId="4E3EA8B1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 Nr 1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Skrzyszowie</w:t>
            </w:r>
            <w:proofErr w:type="spellEnd"/>
          </w:p>
          <w:p w14:paraId="54DA7926" w14:textId="0D9ADC0F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5C668164" w14:textId="65670965" w:rsidR="00750146" w:rsidRPr="009421A0" w:rsidRDefault="00110BD0" w:rsidP="006F4B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języka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angielskiego</w:t>
            </w:r>
            <w:proofErr w:type="spellEnd"/>
            <w:r w:rsidR="006F4B90">
              <w:t xml:space="preserve"> </w:t>
            </w:r>
            <w:proofErr w:type="spellStart"/>
            <w:r w:rsidR="006F4B90" w:rsidRPr="006F4B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rozwijające</w:t>
            </w:r>
            <w:proofErr w:type="spellEnd"/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37ECA51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1AE429E8" w14:textId="77777777" w:rsidTr="002D0E91">
        <w:trPr>
          <w:jc w:val="center"/>
        </w:trPr>
        <w:tc>
          <w:tcPr>
            <w:tcW w:w="2127" w:type="dxa"/>
            <w:vMerge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DA8C8DA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F2E2218" w14:textId="510F1298" w:rsidR="00750146" w:rsidRPr="009421A0" w:rsidRDefault="00110BD0" w:rsidP="006F4B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języka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angielskiego</w:t>
            </w:r>
            <w:proofErr w:type="spellEnd"/>
            <w:r w:rsidR="006F4B90">
              <w:t xml:space="preserve"> </w:t>
            </w:r>
            <w:proofErr w:type="spellStart"/>
            <w:r w:rsidR="006F4B90" w:rsidRPr="006F4B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dydaktyczno-wyrównawcze</w:t>
            </w:r>
            <w:proofErr w:type="spellEnd"/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57DED6D2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44568439" w14:textId="77777777" w:rsidTr="002D0E91">
        <w:trPr>
          <w:jc w:val="center"/>
        </w:trPr>
        <w:tc>
          <w:tcPr>
            <w:tcW w:w="2127" w:type="dxa"/>
            <w:vMerge w:val="restart"/>
            <w:tcMar>
              <w:top w:w="25" w:type="dxa"/>
              <w:left w:w="100" w:type="dxa"/>
              <w:bottom w:w="25" w:type="dxa"/>
              <w:right w:w="100" w:type="dxa"/>
            </w:tcMar>
            <w:vAlign w:val="center"/>
          </w:tcPr>
          <w:p w14:paraId="5F2F075F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 Nr 1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Szynwałdzie</w:t>
            </w:r>
            <w:proofErr w:type="spellEnd"/>
          </w:p>
          <w:p w14:paraId="2A3AA0C1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 Nr 1 w Szynwałdzie</w:t>
            </w:r>
          </w:p>
          <w:p w14:paraId="2635CC67" w14:textId="395BCF85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78EF5F69" w14:textId="4EFC552F" w:rsidR="00750146" w:rsidRPr="009421A0" w:rsidRDefault="00110BD0" w:rsidP="006F4B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techniczno-informatyczne</w:t>
            </w:r>
            <w:proofErr w:type="spellEnd"/>
            <w:r w:rsidR="006F4B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F4B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rozwijające</w:t>
            </w:r>
            <w:proofErr w:type="spellEnd"/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22C30BD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3070FFA5" w14:textId="77777777" w:rsidTr="009A5A2A">
        <w:trPr>
          <w:trHeight w:val="269"/>
          <w:jc w:val="center"/>
        </w:trPr>
        <w:tc>
          <w:tcPr>
            <w:tcW w:w="2127" w:type="dxa"/>
            <w:vMerge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61B5613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1C1E8CD" w14:textId="01420681" w:rsidR="00750146" w:rsidRPr="009421A0" w:rsidRDefault="00110BD0" w:rsidP="00B678D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9012E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techniczno-inf</w:t>
            </w:r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79012E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rmatyczne</w:t>
            </w:r>
            <w:proofErr w:type="spellEnd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dydaktyczno-wyrównawcze</w:t>
            </w:r>
            <w:proofErr w:type="spellEnd"/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70CC868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7D00BCE5" w14:textId="77777777" w:rsidTr="002D0E91">
        <w:trPr>
          <w:jc w:val="center"/>
        </w:trPr>
        <w:tc>
          <w:tcPr>
            <w:tcW w:w="2127" w:type="dxa"/>
            <w:vMerge w:val="restart"/>
            <w:tcMar>
              <w:top w:w="25" w:type="dxa"/>
              <w:left w:w="100" w:type="dxa"/>
              <w:bottom w:w="25" w:type="dxa"/>
              <w:right w:w="100" w:type="dxa"/>
            </w:tcMar>
            <w:vAlign w:val="center"/>
          </w:tcPr>
          <w:p w14:paraId="1EEC5F09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Pogórskiej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Woli</w:t>
            </w:r>
          </w:p>
          <w:p w14:paraId="3309DE6D" w14:textId="4FD066C9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Pogórskiej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Woli</w:t>
            </w: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CA6CB19" w14:textId="24AFBB59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historyczne</w:t>
            </w:r>
            <w:proofErr w:type="spellEnd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proofErr w:type="spellStart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wykorzystaniem</w:t>
            </w:r>
            <w:proofErr w:type="spellEnd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technologii</w:t>
            </w:r>
            <w:proofErr w:type="spellEnd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informatycznej</w:t>
            </w:r>
            <w:proofErr w:type="spellEnd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rozwijające</w:t>
            </w:r>
            <w:proofErr w:type="spellEnd"/>
            <w:r w:rsidR="00B678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5CA4D35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2C161ECD" w14:textId="77777777" w:rsidTr="002D0E91">
        <w:trPr>
          <w:jc w:val="center"/>
        </w:trPr>
        <w:tc>
          <w:tcPr>
            <w:tcW w:w="2127" w:type="dxa"/>
            <w:vMerge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05BAACF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77B4865C" w14:textId="0DA260F9" w:rsidR="00750146" w:rsidRPr="009421A0" w:rsidRDefault="009822D5" w:rsidP="009822D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historyczne</w:t>
            </w:r>
            <w:proofErr w:type="spellEnd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proofErr w:type="spellStart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wykorzystaniem</w:t>
            </w:r>
            <w:proofErr w:type="spellEnd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technologii</w:t>
            </w:r>
            <w:proofErr w:type="spellEnd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informatycznej</w:t>
            </w:r>
            <w:proofErr w:type="spellEnd"/>
            <w:r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55D96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daktyczno-wyrównawcze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3937C58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345F727A" w14:textId="77777777" w:rsidTr="002D0E91">
        <w:trPr>
          <w:jc w:val="center"/>
        </w:trPr>
        <w:tc>
          <w:tcPr>
            <w:tcW w:w="2127" w:type="dxa"/>
            <w:vMerge w:val="restart"/>
            <w:tcMar>
              <w:top w:w="25" w:type="dxa"/>
              <w:left w:w="100" w:type="dxa"/>
              <w:bottom w:w="25" w:type="dxa"/>
              <w:right w:w="100" w:type="dxa"/>
            </w:tcMar>
            <w:vAlign w:val="center"/>
          </w:tcPr>
          <w:p w14:paraId="3773866A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Ładnej</w:t>
            </w:r>
            <w:proofErr w:type="spellEnd"/>
          </w:p>
          <w:p w14:paraId="65F86BFE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 w Ładnej</w:t>
            </w:r>
          </w:p>
          <w:p w14:paraId="0653E72A" w14:textId="1D8D27A1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5BD7DB59" w14:textId="1225A251" w:rsidR="00750146" w:rsidRPr="009421A0" w:rsidRDefault="00110BD0" w:rsidP="009822D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języka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angielskiego</w:t>
            </w:r>
            <w:proofErr w:type="spellEnd"/>
            <w:r w:rsid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22D5" w:rsidRPr="009822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rozwijające</w:t>
            </w:r>
            <w:proofErr w:type="spellEnd"/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306BBCE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3F5E7A62" w14:textId="77777777" w:rsidTr="002D0E91">
        <w:trPr>
          <w:jc w:val="center"/>
        </w:trPr>
        <w:tc>
          <w:tcPr>
            <w:tcW w:w="2127" w:type="dxa"/>
            <w:vMerge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CB78558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37835557" w14:textId="38A498F8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A26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</w:t>
            </w:r>
            <w:proofErr w:type="spellStart"/>
            <w:r w:rsidR="001A26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języka</w:t>
            </w:r>
            <w:proofErr w:type="spellEnd"/>
            <w:r w:rsidR="001A26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A26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angielskiego</w:t>
            </w:r>
            <w:proofErr w:type="spellEnd"/>
            <w:r w:rsidR="001A26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dydaktyczno-wyrównawcze</w:t>
            </w:r>
            <w:proofErr w:type="spellEnd"/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46DB250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9F5FBC" w:rsidRPr="009421A0" w14:paraId="3246F01C" w14:textId="77777777" w:rsidTr="00B97DF7">
        <w:trPr>
          <w:trHeight w:val="54"/>
          <w:jc w:val="center"/>
        </w:trPr>
        <w:tc>
          <w:tcPr>
            <w:tcW w:w="2127" w:type="dxa"/>
            <w:tcMar>
              <w:top w:w="25" w:type="dxa"/>
              <w:left w:w="100" w:type="dxa"/>
              <w:bottom w:w="25" w:type="dxa"/>
              <w:right w:w="100" w:type="dxa"/>
            </w:tcMar>
            <w:vAlign w:val="center"/>
          </w:tcPr>
          <w:p w14:paraId="17C43201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Łękawicy</w:t>
            </w:r>
            <w:proofErr w:type="spellEnd"/>
          </w:p>
          <w:p w14:paraId="5CBF015D" w14:textId="6CDB68E5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53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6A4450C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dydaktyczno-wyrównawcze z języka angielskiego</w:t>
            </w:r>
          </w:p>
        </w:tc>
        <w:tc>
          <w:tcPr>
            <w:tcW w:w="243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6F9A54B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</w:tbl>
    <w:p w14:paraId="59C20CAD" w14:textId="77777777" w:rsidR="000C1679" w:rsidRPr="009421A0" w:rsidRDefault="000C1679">
      <w:pPr>
        <w:spacing w:before="120" w:after="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2B3618B" w14:textId="7006E6B2" w:rsidR="00244464" w:rsidRPr="00030EAA" w:rsidRDefault="00110BD0">
      <w:pPr>
        <w:spacing w:before="120" w:after="6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IV. KRYTERIA REKRUTACYJNE (wypełnia rodzic / opiekun)</w:t>
      </w:r>
    </w:p>
    <w:p w14:paraId="2CD280F8" w14:textId="0AC1C4F2" w:rsidR="00750146" w:rsidRPr="009421A0" w:rsidRDefault="00110BD0">
      <w:pPr>
        <w:spacing w:after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A. ZAJĘCIA DYDAKTYCZNO-WYRÓWNAWCZE 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5038"/>
        <w:gridCol w:w="2790"/>
        <w:gridCol w:w="2684"/>
      </w:tblGrid>
      <w:tr w:rsidR="009F5FBC" w:rsidRPr="009421A0" w14:paraId="6F533BE5" w14:textId="77777777" w:rsidTr="00C41C95">
        <w:trPr>
          <w:jc w:val="center"/>
        </w:trPr>
        <w:tc>
          <w:tcPr>
            <w:tcW w:w="3504" w:type="dxa"/>
          </w:tcPr>
          <w:p w14:paraId="22AA79D2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– zajęcia wyrównawcze</w:t>
            </w:r>
          </w:p>
        </w:tc>
        <w:tc>
          <w:tcPr>
            <w:tcW w:w="3504" w:type="dxa"/>
          </w:tcPr>
          <w:p w14:paraId="01102AF6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Odpowiedź</w:t>
            </w:r>
            <w:proofErr w:type="spellEnd"/>
          </w:p>
        </w:tc>
        <w:tc>
          <w:tcPr>
            <w:tcW w:w="3504" w:type="dxa"/>
          </w:tcPr>
          <w:p w14:paraId="644CBF49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</w:t>
            </w:r>
          </w:p>
        </w:tc>
      </w:tr>
      <w:tr w:rsidR="009F5FBC" w:rsidRPr="009421A0" w14:paraId="60C1E94E" w14:textId="77777777">
        <w:trPr>
          <w:jc w:val="center"/>
        </w:trPr>
        <w:tc>
          <w:tcPr>
            <w:tcW w:w="6480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72DA677" w14:textId="13665D11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przedmiotu</w:t>
            </w:r>
            <w:proofErr w:type="spellEnd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objętego</w:t>
            </w:r>
            <w:proofErr w:type="spellEnd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zajęciami</w:t>
            </w:r>
            <w:proofErr w:type="spellEnd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2 (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dopuszczający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r w:rsidRPr="004F5C4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[klasy V–VIII]</w:t>
            </w:r>
          </w:p>
        </w:tc>
        <w:tc>
          <w:tcPr>
            <w:tcW w:w="259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5D58212F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15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8FDEEE1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pkt</w:t>
            </w:r>
          </w:p>
        </w:tc>
      </w:tr>
      <w:tr w:rsidR="009F5FBC" w:rsidRPr="009421A0" w14:paraId="56752973" w14:textId="77777777">
        <w:trPr>
          <w:jc w:val="center"/>
        </w:trPr>
        <w:tc>
          <w:tcPr>
            <w:tcW w:w="6480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A203EB0" w14:textId="2C1A06F5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przedmiotu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7C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="00F67C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objętego</w:t>
            </w:r>
            <w:proofErr w:type="spellEnd"/>
            <w:r w:rsidR="00F67C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67C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zajęciami</w:t>
            </w:r>
            <w:proofErr w:type="spellEnd"/>
            <w:r w:rsidR="00F67C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= 3 (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dostateczny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r w:rsidRPr="004F5C4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[</w:t>
            </w:r>
            <w:proofErr w:type="spellStart"/>
            <w:r w:rsidRPr="004F5C4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klasy</w:t>
            </w:r>
            <w:proofErr w:type="spellEnd"/>
            <w:r w:rsidRPr="004F5C4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V–VIII]</w:t>
            </w:r>
          </w:p>
        </w:tc>
        <w:tc>
          <w:tcPr>
            <w:tcW w:w="259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211A841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15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A706F93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pkt</w:t>
            </w:r>
          </w:p>
        </w:tc>
      </w:tr>
      <w:tr w:rsidR="009F5FBC" w:rsidRPr="009421A0" w14:paraId="1A4FC22F" w14:textId="77777777">
        <w:trPr>
          <w:jc w:val="center"/>
        </w:trPr>
        <w:tc>
          <w:tcPr>
            <w:tcW w:w="6480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7C412D1" w14:textId="1F47F613" w:rsidR="00750146" w:rsidRPr="009421A0" w:rsidRDefault="00110BD0" w:rsidP="00A009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Uczeń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opinię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</w:t>
            </w:r>
            <w:proofErr w:type="spellEnd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orzeczenie</w:t>
            </w:r>
            <w:proofErr w:type="spellEnd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PPP/SPE, </w:t>
            </w:r>
            <w:proofErr w:type="spellStart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orzeczenie</w:t>
            </w:r>
            <w:proofErr w:type="spellEnd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niepełnosprawności</w:t>
            </w:r>
            <w:proofErr w:type="spellEnd"/>
            <w:r w:rsidR="00A0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F5C4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[I–VIII]</w:t>
            </w:r>
          </w:p>
        </w:tc>
        <w:tc>
          <w:tcPr>
            <w:tcW w:w="259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812C74C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15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3374939D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pkt</w:t>
            </w:r>
          </w:p>
        </w:tc>
      </w:tr>
    </w:tbl>
    <w:p w14:paraId="7A92DF77" w14:textId="77777777" w:rsidR="007D6C7A" w:rsidRPr="009421A0" w:rsidRDefault="007D6C7A">
      <w:pPr>
        <w:spacing w:before="40" w:after="80"/>
        <w:rPr>
          <w:rFonts w:ascii="Times New Roman" w:hAnsi="Times New Roman" w:cs="Times New Roman"/>
          <w:color w:val="auto"/>
          <w:sz w:val="20"/>
          <w:szCs w:val="20"/>
        </w:rPr>
      </w:pPr>
    </w:p>
    <w:p w14:paraId="160E0A35" w14:textId="2F532341" w:rsidR="007D6C7A" w:rsidRPr="009421A0" w:rsidRDefault="00110BD0">
      <w:pPr>
        <w:spacing w:before="40" w:after="80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Przedmiot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objęty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wsparciem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>: .....................................................   Ocena z przedmiotu: .............</w:t>
      </w:r>
    </w:p>
    <w:p w14:paraId="28416C0F" w14:textId="77777777" w:rsidR="00750146" w:rsidRPr="009421A0" w:rsidRDefault="00110BD0">
      <w:pPr>
        <w:spacing w:after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B. ZAJĘCIA ROZWIJAJĄCE (Klasy I–VIII)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5038"/>
        <w:gridCol w:w="2790"/>
        <w:gridCol w:w="2684"/>
      </w:tblGrid>
      <w:tr w:rsidR="009F5FBC" w:rsidRPr="009421A0" w14:paraId="7C774F67" w14:textId="77777777" w:rsidTr="00C41C95">
        <w:trPr>
          <w:jc w:val="center"/>
        </w:trPr>
        <w:tc>
          <w:tcPr>
            <w:tcW w:w="3504" w:type="dxa"/>
          </w:tcPr>
          <w:p w14:paraId="70DB5390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– zajęcia rozwijające</w:t>
            </w:r>
          </w:p>
        </w:tc>
        <w:tc>
          <w:tcPr>
            <w:tcW w:w="3504" w:type="dxa"/>
          </w:tcPr>
          <w:p w14:paraId="2921B808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Odpowiedź</w:t>
            </w:r>
          </w:p>
        </w:tc>
        <w:tc>
          <w:tcPr>
            <w:tcW w:w="3504" w:type="dxa"/>
          </w:tcPr>
          <w:p w14:paraId="0D9DDEC1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</w:t>
            </w:r>
          </w:p>
        </w:tc>
      </w:tr>
      <w:tr w:rsidR="009F5FBC" w:rsidRPr="009421A0" w14:paraId="33A87F35" w14:textId="77777777">
        <w:trPr>
          <w:jc w:val="center"/>
        </w:trPr>
        <w:tc>
          <w:tcPr>
            <w:tcW w:w="6480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82E1297" w14:textId="1778BF5E" w:rsidR="00750146" w:rsidRPr="009421A0" w:rsidRDefault="006E091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konkursach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 w:rsidR="00110BD0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10BD0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olimpiadach</w:t>
            </w:r>
            <w:proofErr w:type="spellEnd"/>
            <w:r w:rsidR="00110BD0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</w:t>
            </w:r>
            <w:proofErr w:type="spellStart"/>
            <w:r w:rsidR="00110BD0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danym</w:t>
            </w:r>
            <w:proofErr w:type="spellEnd"/>
            <w:r w:rsidR="00110BD0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10BD0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zakresie</w:t>
            </w:r>
            <w:proofErr w:type="spellEnd"/>
            <w:r w:rsidR="00110BD0"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tematycznym</w:t>
            </w:r>
          </w:p>
        </w:tc>
        <w:tc>
          <w:tcPr>
            <w:tcW w:w="259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A8BDB2F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15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26479FC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pkt</w:t>
            </w:r>
          </w:p>
        </w:tc>
      </w:tr>
      <w:tr w:rsidR="009F5FBC" w:rsidRPr="009421A0" w14:paraId="44E2480F" w14:textId="77777777">
        <w:trPr>
          <w:jc w:val="center"/>
        </w:trPr>
        <w:tc>
          <w:tcPr>
            <w:tcW w:w="6480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224D2BE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Uczeń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orzeczenie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niepełnosprawności</w:t>
            </w:r>
            <w:proofErr w:type="spellEnd"/>
          </w:p>
        </w:tc>
        <w:tc>
          <w:tcPr>
            <w:tcW w:w="259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39B5AF98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15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A1E3BA1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pkt</w:t>
            </w:r>
          </w:p>
        </w:tc>
      </w:tr>
    </w:tbl>
    <w:p w14:paraId="2AAC9477" w14:textId="77777777" w:rsidR="007D6C7A" w:rsidRPr="009421A0" w:rsidRDefault="007D6C7A">
      <w:pPr>
        <w:spacing w:before="40" w:after="80"/>
        <w:rPr>
          <w:rFonts w:ascii="Times New Roman" w:hAnsi="Times New Roman" w:cs="Times New Roman"/>
          <w:color w:val="auto"/>
          <w:sz w:val="20"/>
          <w:szCs w:val="20"/>
        </w:rPr>
      </w:pPr>
    </w:p>
    <w:p w14:paraId="5B5C564B" w14:textId="61148A77" w:rsidR="001D6192" w:rsidRPr="009421A0" w:rsidRDefault="00110BD0" w:rsidP="009421A0">
      <w:pPr>
        <w:spacing w:before="40" w:after="8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W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przypadku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konkursów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>/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olimpiad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– Nazwa, rok, organizator, osiągnięcie:</w:t>
      </w:r>
      <w:r w:rsidRPr="009421A0">
        <w:rPr>
          <w:rFonts w:ascii="Times New Roman" w:hAnsi="Times New Roman" w:cs="Times New Roman"/>
          <w:color w:val="auto"/>
          <w:sz w:val="20"/>
          <w:szCs w:val="20"/>
        </w:rPr>
        <w:br/>
        <w:t>...........................................................................................................................</w:t>
      </w:r>
      <w:r w:rsidR="00CF7593">
        <w:rPr>
          <w:rFonts w:ascii="Times New Roman" w:hAnsi="Times New Roman" w:cs="Times New Roman"/>
          <w:color w:val="auto"/>
          <w:sz w:val="20"/>
          <w:szCs w:val="20"/>
        </w:rPr>
        <w:t>...............................</w:t>
      </w:r>
    </w:p>
    <w:p w14:paraId="0AE89C60" w14:textId="046D3EDD" w:rsidR="00750146" w:rsidRPr="009421A0" w:rsidRDefault="00110BD0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V. OŚWIADCZENIA RODZICA / OPIEKUNA PRAWNEGO I UCZNIA</w:t>
      </w:r>
    </w:p>
    <w:p w14:paraId="1CA616C3" w14:textId="77777777" w:rsidR="00F245CA" w:rsidRPr="009421A0" w:rsidRDefault="00110BD0">
      <w:pPr>
        <w:spacing w:after="8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color w:val="auto"/>
          <w:sz w:val="20"/>
          <w:szCs w:val="20"/>
        </w:rPr>
        <w:t>Ja, niżej podpisany/a (imię i nazwisko rodzica/opiekuna): ........................................................................................</w:t>
      </w:r>
      <w:r w:rsidRPr="009421A0">
        <w:rPr>
          <w:rFonts w:ascii="Times New Roman" w:hAnsi="Times New Roman" w:cs="Times New Roman"/>
          <w:color w:val="auto"/>
          <w:sz w:val="20"/>
          <w:szCs w:val="20"/>
        </w:rPr>
        <w:br/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oświadczam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że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14:paraId="3B56DC33" w14:textId="7BF03B30" w:rsidR="00F245CA" w:rsidRPr="009421A0" w:rsidRDefault="00110BD0">
      <w:pPr>
        <w:spacing w:after="8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1) Dane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są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zgodne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ze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stanem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faktycznym; </w:t>
      </w:r>
    </w:p>
    <w:p w14:paraId="6D7CB139" w14:textId="77777777" w:rsidR="00E57C64" w:rsidRPr="009421A0" w:rsidRDefault="00110BD0">
      <w:pPr>
        <w:spacing w:after="8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2)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Zapoznałem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/am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się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z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Regulaminem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rekrutacji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i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go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akceptuję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38B11BCA" w14:textId="4A1B9E77" w:rsidR="00E57C64" w:rsidRPr="009421A0" w:rsidRDefault="00110BD0">
      <w:pPr>
        <w:spacing w:after="8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3)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Zgłaszam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udział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dziecka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w wybranym wsparciu i zobowiązuję się do zapewnienia jego systematycznego udziału; </w:t>
      </w:r>
    </w:p>
    <w:p w14:paraId="18C3D037" w14:textId="77D42702" w:rsidR="00750146" w:rsidRPr="009421A0" w:rsidRDefault="00110BD0">
      <w:pPr>
        <w:spacing w:after="8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4)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Przyjmuję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do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wiadomości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zasady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przetwarzania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danych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osob</w:t>
      </w:r>
      <w:r w:rsidR="00865DB5">
        <w:rPr>
          <w:rFonts w:ascii="Times New Roman" w:hAnsi="Times New Roman" w:cs="Times New Roman"/>
          <w:color w:val="auto"/>
          <w:sz w:val="20"/>
          <w:szCs w:val="20"/>
        </w:rPr>
        <w:t>owych</w:t>
      </w:r>
      <w:proofErr w:type="spellEnd"/>
      <w:r w:rsidR="00865DB5">
        <w:rPr>
          <w:rFonts w:ascii="Times New Roman" w:hAnsi="Times New Roman" w:cs="Times New Roman"/>
          <w:color w:val="auto"/>
          <w:sz w:val="20"/>
          <w:szCs w:val="20"/>
        </w:rPr>
        <w:t xml:space="preserve"> (RODO).</w:t>
      </w:r>
    </w:p>
    <w:p w14:paraId="3295438B" w14:textId="47511E20" w:rsidR="00F245CA" w:rsidRPr="00F245CA" w:rsidRDefault="00CC414F" w:rsidP="00CC414F">
      <w:pPr>
        <w:spacing w:after="200"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5) </w:t>
      </w:r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Status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dziecka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w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chwili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przystąpienia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do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projektu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(</w:t>
      </w:r>
      <w:proofErr w:type="spellStart"/>
      <w:r w:rsidR="00CF7593">
        <w:rPr>
          <w:rFonts w:ascii="Times New Roman" w:hAnsi="Times New Roman" w:cs="Times New Roman"/>
          <w:color w:val="auto"/>
          <w:sz w:val="20"/>
          <w:szCs w:val="20"/>
        </w:rPr>
        <w:t>pytania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wynika</w:t>
      </w:r>
      <w:r w:rsidR="00CF7593">
        <w:rPr>
          <w:rFonts w:ascii="Times New Roman" w:hAnsi="Times New Roman" w:cs="Times New Roman"/>
          <w:color w:val="auto"/>
          <w:sz w:val="20"/>
          <w:szCs w:val="20"/>
        </w:rPr>
        <w:t>ją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z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wymogów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monitorowania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projektów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unijnych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EFS+)</w:t>
      </w:r>
    </w:p>
    <w:p w14:paraId="5C59CB58" w14:textId="2A7A553B" w:rsidR="00F245CA" w:rsidRPr="00F245CA" w:rsidRDefault="00F245CA" w:rsidP="003D6130">
      <w:pPr>
        <w:spacing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Osoba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obcego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pochodzenia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tak</w:t>
      </w:r>
      <w:proofErr w:type="spellEnd"/>
    </w:p>
    <w:p w14:paraId="16365DC4" w14:textId="32248769" w:rsidR="00F245CA" w:rsidRPr="00F245CA" w:rsidRDefault="00F245CA" w:rsidP="003D6130">
      <w:pPr>
        <w:spacing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Osoba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państwa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trzeciego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tak</w:t>
      </w:r>
      <w:proofErr w:type="spellEnd"/>
    </w:p>
    <w:p w14:paraId="3147D34B" w14:textId="544AE260" w:rsidR="00F245CA" w:rsidRPr="00F245CA" w:rsidRDefault="00F245CA" w:rsidP="003D6130">
      <w:pPr>
        <w:spacing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Osoba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należąca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do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mniejszości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narodowej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lub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etnicznej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(w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tym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społeczności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marginalizowane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tak</w:t>
      </w:r>
      <w:proofErr w:type="spellEnd"/>
    </w:p>
    <w:p w14:paraId="2AED6919" w14:textId="3E6B8BDB" w:rsidR="00F245CA" w:rsidRPr="00F245CA" w:rsidRDefault="00F245CA" w:rsidP="003D6130">
      <w:pPr>
        <w:spacing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Osoba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bezdomna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lub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dotknięta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wykluczeniem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z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dostępu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do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mieszkań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tak</w:t>
      </w:r>
      <w:proofErr w:type="spellEnd"/>
    </w:p>
    <w:p w14:paraId="35D3F984" w14:textId="3EE119B0" w:rsidR="00F245CA" w:rsidRPr="00F245CA" w:rsidRDefault="00F245CA" w:rsidP="003D6130">
      <w:pPr>
        <w:spacing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Osoba z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niepełnosprawnościami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245CA">
        <w:rPr>
          <w:rFonts w:ascii="Times New Roman" w:hAnsi="Times New Roman" w:cs="Times New Roman"/>
          <w:color w:val="auto"/>
          <w:sz w:val="20"/>
          <w:szCs w:val="20"/>
        </w:rPr>
        <w:t>tak</w:t>
      </w:r>
      <w:proofErr w:type="spellEnd"/>
    </w:p>
    <w:p w14:paraId="4A83C5B0" w14:textId="3FDC27D0" w:rsidR="00F245CA" w:rsidRPr="00F245CA" w:rsidRDefault="00CC414F" w:rsidP="00CC414F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Cs/>
          <w:color w:val="auto"/>
          <w:sz w:val="20"/>
          <w:szCs w:val="20"/>
        </w:rPr>
        <w:t>6)</w:t>
      </w:r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Dostępność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/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szczególne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potrzeby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dziecka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(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jeżeli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dotyczy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): </w:t>
      </w:r>
      <w:r w:rsidR="00F245CA"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="00F245CA"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tak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jakie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:               .............................................................</w:t>
      </w:r>
    </w:p>
    <w:p w14:paraId="6F0202A0" w14:textId="0F0CD774" w:rsidR="007D7206" w:rsidRDefault="006D2857" w:rsidP="0044569D">
      <w:pPr>
        <w:spacing w:after="200"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Cs/>
          <w:color w:val="auto"/>
          <w:sz w:val="20"/>
          <w:szCs w:val="20"/>
        </w:rPr>
        <w:t>7)</w:t>
      </w:r>
      <w:proofErr w:type="spellStart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Wizerunek</w:t>
      </w:r>
      <w:proofErr w:type="spellEnd"/>
      <w:r w:rsidR="00F245CA" w:rsidRPr="00F245CA">
        <w:rPr>
          <w:rFonts w:ascii="Times New Roman" w:hAnsi="Times New Roman" w:cs="Times New Roman"/>
          <w:bCs/>
          <w:color w:val="auto"/>
          <w:sz w:val="20"/>
          <w:szCs w:val="20"/>
        </w:rPr>
        <w:t>:</w:t>
      </w:r>
      <w:r w:rsidR="00F245CA" w:rsidRPr="00F245CA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F245CA"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wyrażam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zgodę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="00F245CA" w:rsidRPr="00F245CA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wyrażam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zgody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*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na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wykorzystanie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wizerunku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dziecka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w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materiałach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związanych</w:t>
      </w:r>
      <w:proofErr w:type="spellEnd"/>
      <w:r w:rsidR="00CF7593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</w:t>
      </w:r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z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Projektem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. *Zgoda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na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wizerunek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nie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jest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warunkiem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>udziału</w:t>
      </w:r>
      <w:proofErr w:type="spellEnd"/>
      <w:r w:rsidR="00F245CA" w:rsidRPr="00F245CA">
        <w:rPr>
          <w:rFonts w:ascii="Times New Roman" w:hAnsi="Times New Roman" w:cs="Times New Roman"/>
          <w:color w:val="auto"/>
          <w:sz w:val="20"/>
          <w:szCs w:val="20"/>
        </w:rPr>
        <w:t xml:space="preserve"> w Projekcie.</w:t>
      </w:r>
    </w:p>
    <w:p w14:paraId="7D8BA8A8" w14:textId="77777777" w:rsidR="0044569D" w:rsidRDefault="0044569D" w:rsidP="0044569D">
      <w:pPr>
        <w:spacing w:after="200"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14:paraId="42707A55" w14:textId="77777777" w:rsidR="00E719B3" w:rsidRDefault="00E719B3" w:rsidP="0044569D">
      <w:pPr>
        <w:spacing w:after="200"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14:paraId="78AF7CCF" w14:textId="77777777" w:rsidR="00E719B3" w:rsidRPr="009421A0" w:rsidRDefault="00E719B3" w:rsidP="0044569D">
      <w:pPr>
        <w:spacing w:after="200" w:line="276" w:lineRule="auto"/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FFFFFF"/>
          <w:bottom w:val="single" w:sz="4" w:space="0" w:color="FFFFFF"/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5040"/>
        <w:gridCol w:w="5184"/>
      </w:tblGrid>
      <w:tr w:rsidR="00244464" w:rsidRPr="009421A0" w14:paraId="0C2A4CE0" w14:textId="77777777">
        <w:trPr>
          <w:jc w:val="center"/>
        </w:trPr>
        <w:tc>
          <w:tcPr>
            <w:tcW w:w="5040" w:type="dxa"/>
          </w:tcPr>
          <w:p w14:paraId="2AC067CC" w14:textId="29656A18" w:rsidR="002A6134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Miejscowość i data: .......................................</w:t>
            </w:r>
            <w:r w:rsidR="00CF75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</w:t>
            </w:r>
          </w:p>
          <w:p w14:paraId="2B179072" w14:textId="5CB5AB43" w:rsidR="008450FD" w:rsidRPr="009421A0" w:rsidRDefault="00110BD0" w:rsidP="00CF75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5184" w:type="dxa"/>
          </w:tcPr>
          <w:p w14:paraId="0A1B1C1F" w14:textId="77777777" w:rsidR="00CF7593" w:rsidRDefault="00CF7593" w:rsidP="00CF75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..........................................................................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Czytelny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podpis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rodzica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opiekuna</w:t>
            </w:r>
            <w:proofErr w:type="spellEnd"/>
          </w:p>
          <w:p w14:paraId="420D1D50" w14:textId="5FAFEE4C" w:rsidR="00750146" w:rsidRPr="009421A0" w:rsidRDefault="00110BD0" w:rsidP="00865D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</w:tr>
      <w:tr w:rsidR="00CF7593" w:rsidRPr="009421A0" w14:paraId="4FA6F46B" w14:textId="77777777">
        <w:trPr>
          <w:jc w:val="center"/>
        </w:trPr>
        <w:tc>
          <w:tcPr>
            <w:tcW w:w="5040" w:type="dxa"/>
          </w:tcPr>
          <w:p w14:paraId="7112C05D" w14:textId="77777777" w:rsidR="00CF7593" w:rsidRPr="009421A0" w:rsidRDefault="00CF75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84" w:type="dxa"/>
          </w:tcPr>
          <w:p w14:paraId="776A9A1B" w14:textId="77777777" w:rsidR="00CF7593" w:rsidRPr="009421A0" w:rsidRDefault="00CF75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19F5762" w14:textId="63D02612" w:rsidR="007D7206" w:rsidRDefault="00CF7593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43517846" w14:textId="77777777" w:rsidR="00B800C2" w:rsidRDefault="00B800C2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</w:p>
    <w:p w14:paraId="17B67DDE" w14:textId="77777777" w:rsidR="00E719B3" w:rsidRDefault="00E719B3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</w:p>
    <w:p w14:paraId="68C41EB1" w14:textId="77777777" w:rsidR="00E719B3" w:rsidRPr="00B800C2" w:rsidRDefault="00E719B3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</w:p>
    <w:p w14:paraId="4DD3D370" w14:textId="2ADC3FF4" w:rsidR="00750146" w:rsidRPr="009421A0" w:rsidRDefault="00110BD0">
      <w:pPr>
        <w:spacing w:before="120" w:after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VI. OCENA FORMALNA I DECYZJA KOMISJI REKRUTACYJNEJ (wypełnia Komisja)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4617"/>
        <w:gridCol w:w="2951"/>
        <w:gridCol w:w="2944"/>
      </w:tblGrid>
      <w:tr w:rsidR="009F5FBC" w:rsidRPr="009421A0" w14:paraId="3F8FFFA0" w14:textId="77777777" w:rsidTr="003E119D">
        <w:trPr>
          <w:jc w:val="center"/>
        </w:trPr>
        <w:tc>
          <w:tcPr>
            <w:tcW w:w="3504" w:type="dxa"/>
          </w:tcPr>
          <w:p w14:paraId="52635404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formalne / ocena</w:t>
            </w:r>
          </w:p>
        </w:tc>
        <w:tc>
          <w:tcPr>
            <w:tcW w:w="3504" w:type="dxa"/>
          </w:tcPr>
          <w:p w14:paraId="479AFF9C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Wynik</w:t>
            </w:r>
          </w:p>
        </w:tc>
        <w:tc>
          <w:tcPr>
            <w:tcW w:w="3504" w:type="dxa"/>
          </w:tcPr>
          <w:p w14:paraId="204CDB91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Uwagi</w:t>
            </w:r>
          </w:p>
        </w:tc>
      </w:tr>
      <w:tr w:rsidR="009F5FBC" w:rsidRPr="009421A0" w14:paraId="2ED86FB7" w14:textId="77777777">
        <w:trPr>
          <w:jc w:val="center"/>
        </w:trPr>
        <w:tc>
          <w:tcPr>
            <w:tcW w:w="547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24E6E93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Formularz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złożony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terminie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kompletny</w:t>
            </w:r>
            <w:proofErr w:type="spellEnd"/>
          </w:p>
        </w:tc>
        <w:tc>
          <w:tcPr>
            <w:tcW w:w="316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5F4C1E3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58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79BEFC0D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5FBC" w:rsidRPr="009421A0" w14:paraId="44BA8148" w14:textId="77777777">
        <w:trPr>
          <w:jc w:val="center"/>
        </w:trPr>
        <w:tc>
          <w:tcPr>
            <w:tcW w:w="547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0429606" w14:textId="54145E84" w:rsidR="00B1799B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Uczeń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spełnia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kryteria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formalne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klasa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2C7AC984" w14:textId="7D91A571" w:rsidR="00B1799B" w:rsidRDefault="00B1799B" w:rsidP="00B17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4CDBF" w14:textId="34758DD9" w:rsidR="006C1C2B" w:rsidRDefault="00B1799B" w:rsidP="00B17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Kl. I-IV </w:t>
            </w:r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stwierdzone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nauczyciela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trudności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edukacyjne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obszarze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objetym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C1C2B">
              <w:rPr>
                <w:rFonts w:ascii="Times New Roman" w:hAnsi="Times New Roman" w:cs="Times New Roman"/>
                <w:sz w:val="20"/>
                <w:szCs w:val="20"/>
              </w:rPr>
              <w:t>wsparciem</w:t>
            </w:r>
            <w:proofErr w:type="spellEnd"/>
            <w:r w:rsidR="006C1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CF9008" w14:textId="61D54059" w:rsidR="006C1C2B" w:rsidRDefault="006C1C2B" w:rsidP="006C1C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26E13" w14:textId="4841FEAE" w:rsidR="00750146" w:rsidRPr="006C1C2B" w:rsidRDefault="006C1C2B" w:rsidP="006C1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KL. V-VIII</w:t>
            </w:r>
            <w:r w:rsidR="00D610E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ocena</w:t>
            </w:r>
            <w:proofErr w:type="spellEnd"/>
            <w:r w:rsidR="00D610E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przedmiotu</w:t>
            </w:r>
            <w:proofErr w:type="spellEnd"/>
            <w:r w:rsidR="00D610E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objętego</w:t>
            </w:r>
            <w:proofErr w:type="spellEnd"/>
            <w:r w:rsidR="00D61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zajęciami</w:t>
            </w:r>
            <w:proofErr w:type="spellEnd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proofErr w:type="spellStart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=3 (</w:t>
            </w:r>
            <w:proofErr w:type="spellStart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dostateczny</w:t>
            </w:r>
            <w:proofErr w:type="spellEnd"/>
            <w:r w:rsidR="00D610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6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923988F" w14:textId="3D4DA2BA" w:rsidR="00B1799B" w:rsidRDefault="00110BD0" w:rsidP="00B1799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  <w:p w14:paraId="66688DCA" w14:textId="77777777" w:rsidR="00B1799B" w:rsidRDefault="00B1799B" w:rsidP="00B1799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A3A605F" w14:textId="7844943E" w:rsidR="006C1C2B" w:rsidRDefault="006C1C2B" w:rsidP="006C1C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  <w:p w14:paraId="79F7FC97" w14:textId="77777777" w:rsidR="006C1C2B" w:rsidRDefault="006C1C2B" w:rsidP="006C1C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ADF0161" w14:textId="77777777" w:rsidR="006C1C2B" w:rsidRDefault="006C1C2B" w:rsidP="006C1C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794C19E" w14:textId="77777777" w:rsidR="00D610E5" w:rsidRDefault="00D610E5" w:rsidP="00D610E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  <w:p w14:paraId="55823626" w14:textId="136670F4" w:rsidR="00B1799B" w:rsidRPr="009421A0" w:rsidRDefault="00B1799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7F644510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5FBC" w:rsidRPr="009421A0" w14:paraId="11055685" w14:textId="77777777">
        <w:trPr>
          <w:jc w:val="center"/>
        </w:trPr>
        <w:tc>
          <w:tcPr>
            <w:tcW w:w="547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1FE7468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Kryteria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punktowe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zostały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spełnione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potwierdzone</w:t>
            </w:r>
            <w:proofErr w:type="spellEnd"/>
          </w:p>
        </w:tc>
        <w:tc>
          <w:tcPr>
            <w:tcW w:w="316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59C49E09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 w:rsidRPr="009421A0"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58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6EF9A75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5FBC" w:rsidRPr="009421A0" w14:paraId="61D5F83E" w14:textId="77777777">
        <w:trPr>
          <w:jc w:val="center"/>
        </w:trPr>
        <w:tc>
          <w:tcPr>
            <w:tcW w:w="547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4D4E1E5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i godzina wpływu zgłoszenia</w:t>
            </w:r>
          </w:p>
        </w:tc>
        <w:tc>
          <w:tcPr>
            <w:tcW w:w="316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45EABCCC" w14:textId="3E32AA37" w:rsidR="00750146" w:rsidRPr="009421A0" w:rsidRDefault="007501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5959B733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5FBC" w:rsidRPr="009421A0" w14:paraId="5EAD17E7" w14:textId="77777777">
        <w:trPr>
          <w:jc w:val="center"/>
        </w:trPr>
        <w:tc>
          <w:tcPr>
            <w:tcW w:w="547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68A13EC2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Suma uzyskanych punktów / Miejsce na liście</w:t>
            </w:r>
          </w:p>
        </w:tc>
        <w:tc>
          <w:tcPr>
            <w:tcW w:w="316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CF18952" w14:textId="77777777" w:rsidR="00750146" w:rsidRPr="009421A0" w:rsidRDefault="00110B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........ pkt / poz. ........</w:t>
            </w:r>
          </w:p>
        </w:tc>
        <w:tc>
          <w:tcPr>
            <w:tcW w:w="158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92DD765" w14:textId="7777777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4CCE4DC" w14:textId="77777777" w:rsidR="007D7206" w:rsidRPr="009421A0" w:rsidRDefault="007D7206">
      <w:pPr>
        <w:spacing w:before="80" w:after="8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DE150D2" w14:textId="77777777" w:rsidR="00C41C95" w:rsidRDefault="00110BD0">
      <w:pPr>
        <w:spacing w:before="80" w:after="80"/>
        <w:rPr>
          <w:rFonts w:ascii="Times New Roman" w:hAnsi="Times New Roman" w:cs="Times New Roman"/>
          <w:b/>
          <w:color w:val="auto"/>
          <w:sz w:val="20"/>
          <w:szCs w:val="20"/>
        </w:rPr>
      </w:pPr>
      <w:proofErr w:type="spellStart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Decyzja</w:t>
      </w:r>
      <w:proofErr w:type="spellEnd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Komisji</w:t>
      </w:r>
      <w:proofErr w:type="spellEnd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:  </w:t>
      </w:r>
      <w:r w:rsidRPr="009421A0">
        <w:rPr>
          <w:rFonts w:ascii="Segoe UI Symbol" w:hAnsi="Segoe UI Symbol" w:cs="Segoe UI Symbol"/>
          <w:b/>
          <w:color w:val="auto"/>
          <w:sz w:val="20"/>
          <w:szCs w:val="20"/>
        </w:rPr>
        <w:t>☐</w:t>
      </w: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Zakwalifikowany</w:t>
      </w:r>
      <w:proofErr w:type="spellEnd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/a    </w:t>
      </w:r>
      <w:r w:rsidRPr="009421A0">
        <w:rPr>
          <w:rFonts w:ascii="Segoe UI Symbol" w:hAnsi="Segoe UI Symbol" w:cs="Segoe UI Symbol"/>
          <w:b/>
          <w:color w:val="auto"/>
          <w:sz w:val="20"/>
          <w:szCs w:val="20"/>
        </w:rPr>
        <w:t>☐</w:t>
      </w: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Lista </w:t>
      </w:r>
      <w:proofErr w:type="spellStart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rezerwowa</w:t>
      </w:r>
      <w:proofErr w:type="spellEnd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  </w:t>
      </w:r>
      <w:r w:rsidRPr="009421A0">
        <w:rPr>
          <w:rFonts w:ascii="Segoe UI Symbol" w:hAnsi="Segoe UI Symbol" w:cs="Segoe UI Symbol"/>
          <w:b/>
          <w:color w:val="auto"/>
          <w:sz w:val="20"/>
          <w:szCs w:val="20"/>
        </w:rPr>
        <w:t>☐</w:t>
      </w: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Niezakwalifikowany</w:t>
      </w:r>
      <w:proofErr w:type="spellEnd"/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/a</w:t>
      </w:r>
    </w:p>
    <w:p w14:paraId="195A2618" w14:textId="277FF950" w:rsidR="001D6192" w:rsidRPr="009421A0" w:rsidRDefault="00110BD0">
      <w:pPr>
        <w:spacing w:before="80" w:after="8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br/>
        <w:t xml:space="preserve">Kryterium rozstrzygające (przy równej liczbie pkt):  </w:t>
      </w:r>
      <w:r w:rsidRPr="009421A0">
        <w:rPr>
          <w:rFonts w:ascii="Segoe UI Symbol" w:hAnsi="Segoe UI Symbol" w:cs="Segoe UI Symbol"/>
          <w:b/>
          <w:color w:val="auto"/>
          <w:sz w:val="20"/>
          <w:szCs w:val="20"/>
        </w:rPr>
        <w:t>☐</w:t>
      </w: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Kolejność zgłoszeń   </w:t>
      </w:r>
      <w:r w:rsidRPr="009421A0">
        <w:rPr>
          <w:rFonts w:ascii="Segoe UI Symbol" w:hAnsi="Segoe UI Symbol" w:cs="Segoe UI Symbol"/>
          <w:b/>
          <w:color w:val="auto"/>
          <w:sz w:val="20"/>
          <w:szCs w:val="20"/>
        </w:rPr>
        <w:t>☐</w:t>
      </w: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Nie dotyczy</w:t>
      </w: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br/>
        <w:t xml:space="preserve">Uzasadnienie / uwagi: </w:t>
      </w:r>
    </w:p>
    <w:p w14:paraId="2E70A9ED" w14:textId="77777777" w:rsidR="001D6192" w:rsidRPr="009421A0" w:rsidRDefault="001D6192">
      <w:pPr>
        <w:spacing w:before="80" w:after="8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7AED6F" w14:textId="32743060" w:rsidR="00750146" w:rsidRPr="009421A0" w:rsidRDefault="00110BD0">
      <w:pPr>
        <w:spacing w:before="80" w:after="8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b/>
          <w:color w:val="auto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323F284D" w14:textId="77777777" w:rsidR="000C1679" w:rsidRPr="009421A0" w:rsidRDefault="000C1679">
      <w:pPr>
        <w:spacing w:before="80" w:after="8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4129"/>
        <w:gridCol w:w="3239"/>
        <w:gridCol w:w="3144"/>
      </w:tblGrid>
      <w:tr w:rsidR="009F5FBC" w:rsidRPr="009421A0" w14:paraId="1151EC72" w14:textId="77777777" w:rsidTr="006C2221">
        <w:trPr>
          <w:jc w:val="center"/>
        </w:trPr>
        <w:tc>
          <w:tcPr>
            <w:tcW w:w="3504" w:type="dxa"/>
          </w:tcPr>
          <w:p w14:paraId="53F3801C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3504" w:type="dxa"/>
          </w:tcPr>
          <w:p w14:paraId="3F868245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Funkcja w Komisji</w:t>
            </w:r>
          </w:p>
        </w:tc>
        <w:tc>
          <w:tcPr>
            <w:tcW w:w="3504" w:type="dxa"/>
          </w:tcPr>
          <w:p w14:paraId="26407193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Podpis</w:t>
            </w:r>
          </w:p>
        </w:tc>
      </w:tr>
      <w:tr w:rsidR="009F5FBC" w:rsidRPr="009421A0" w14:paraId="52BE9075" w14:textId="77777777">
        <w:trPr>
          <w:jc w:val="center"/>
        </w:trPr>
        <w:tc>
          <w:tcPr>
            <w:tcW w:w="460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EE8954D" w14:textId="157B646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1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0BB4742E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Przewodniczący Komisji</w:t>
            </w:r>
          </w:p>
        </w:tc>
        <w:tc>
          <w:tcPr>
            <w:tcW w:w="230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4D9CDF2" w14:textId="5B342B8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5FBC" w:rsidRPr="009421A0" w14:paraId="00713E25" w14:textId="77777777">
        <w:trPr>
          <w:jc w:val="center"/>
        </w:trPr>
        <w:tc>
          <w:tcPr>
            <w:tcW w:w="460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73B8C6A5" w14:textId="33938797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1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2A9A899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Członek Komisji</w:t>
            </w:r>
          </w:p>
        </w:tc>
        <w:tc>
          <w:tcPr>
            <w:tcW w:w="230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1B5A46A" w14:textId="16359BE0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5FBC" w:rsidRPr="009421A0" w14:paraId="5AD783E0" w14:textId="77777777">
        <w:trPr>
          <w:jc w:val="center"/>
        </w:trPr>
        <w:tc>
          <w:tcPr>
            <w:tcW w:w="4608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1369B76F" w14:textId="3DC5755C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12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59AED452" w14:textId="77777777" w:rsidR="00750146" w:rsidRPr="009421A0" w:rsidRDefault="00110B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21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Członek Komisji</w:t>
            </w:r>
          </w:p>
        </w:tc>
        <w:tc>
          <w:tcPr>
            <w:tcW w:w="2304" w:type="dxa"/>
            <w:tcMar>
              <w:top w:w="25" w:type="dxa"/>
              <w:left w:w="100" w:type="dxa"/>
              <w:bottom w:w="25" w:type="dxa"/>
              <w:right w:w="100" w:type="dxa"/>
            </w:tcMar>
          </w:tcPr>
          <w:p w14:paraId="23143F92" w14:textId="055438EF" w:rsidR="00750146" w:rsidRPr="009421A0" w:rsidRDefault="007501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4B9471B" w14:textId="77777777" w:rsidR="0044569D" w:rsidRDefault="0044569D">
      <w:pPr>
        <w:spacing w:before="60"/>
        <w:rPr>
          <w:rFonts w:ascii="Times New Roman" w:hAnsi="Times New Roman" w:cs="Times New Roman"/>
          <w:color w:val="auto"/>
          <w:sz w:val="20"/>
          <w:szCs w:val="20"/>
        </w:rPr>
      </w:pPr>
    </w:p>
    <w:p w14:paraId="162B5005" w14:textId="77777777" w:rsidR="0044569D" w:rsidRDefault="0044569D">
      <w:pPr>
        <w:spacing w:before="60"/>
        <w:rPr>
          <w:rFonts w:ascii="Times New Roman" w:hAnsi="Times New Roman" w:cs="Times New Roman"/>
          <w:color w:val="auto"/>
          <w:sz w:val="20"/>
          <w:szCs w:val="20"/>
        </w:rPr>
      </w:pPr>
    </w:p>
    <w:p w14:paraId="18EB1F4A" w14:textId="42E995F9" w:rsidR="00750146" w:rsidRPr="009421A0" w:rsidRDefault="00110BD0">
      <w:pPr>
        <w:spacing w:before="60"/>
        <w:rPr>
          <w:rFonts w:ascii="Times New Roman" w:hAnsi="Times New Roman" w:cs="Times New Roman"/>
          <w:color w:val="auto"/>
          <w:sz w:val="20"/>
          <w:szCs w:val="20"/>
        </w:rPr>
      </w:pPr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Data </w:t>
      </w:r>
      <w:proofErr w:type="spellStart"/>
      <w:r w:rsidRPr="009421A0">
        <w:rPr>
          <w:rFonts w:ascii="Times New Roman" w:hAnsi="Times New Roman" w:cs="Times New Roman"/>
          <w:color w:val="auto"/>
          <w:sz w:val="20"/>
          <w:szCs w:val="20"/>
        </w:rPr>
        <w:t>przeprowadzenia</w:t>
      </w:r>
      <w:proofErr w:type="spellEnd"/>
      <w:r w:rsidRPr="009421A0">
        <w:rPr>
          <w:rFonts w:ascii="Times New Roman" w:hAnsi="Times New Roman" w:cs="Times New Roman"/>
          <w:color w:val="auto"/>
          <w:sz w:val="20"/>
          <w:szCs w:val="20"/>
        </w:rPr>
        <w:t xml:space="preserve"> oceny: ....................................................</w:t>
      </w:r>
    </w:p>
    <w:sectPr w:rsidR="00750146" w:rsidRPr="009421A0" w:rsidSect="00034616">
      <w:headerReference w:type="default" r:id="rId9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60AF" w14:textId="77777777" w:rsidR="002017C8" w:rsidRDefault="002017C8" w:rsidP="00A9791A">
      <w:pPr>
        <w:spacing w:after="0" w:line="240" w:lineRule="auto"/>
      </w:pPr>
      <w:r>
        <w:separator/>
      </w:r>
    </w:p>
  </w:endnote>
  <w:endnote w:type="continuationSeparator" w:id="0">
    <w:p w14:paraId="40D8E345" w14:textId="77777777" w:rsidR="002017C8" w:rsidRDefault="002017C8" w:rsidP="00A9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95074" w14:textId="77777777" w:rsidR="002017C8" w:rsidRDefault="002017C8" w:rsidP="00A9791A">
      <w:pPr>
        <w:spacing w:after="0" w:line="240" w:lineRule="auto"/>
      </w:pPr>
      <w:r>
        <w:separator/>
      </w:r>
    </w:p>
  </w:footnote>
  <w:footnote w:type="continuationSeparator" w:id="0">
    <w:p w14:paraId="1F414A41" w14:textId="77777777" w:rsidR="002017C8" w:rsidRDefault="002017C8" w:rsidP="00A97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7F936" w14:textId="14D72EE4" w:rsidR="00A9791A" w:rsidRDefault="00A9791A">
    <w:pPr>
      <w:pStyle w:val="Nagwek"/>
    </w:pPr>
    <w:r w:rsidRPr="008658B7"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1E2EB01B" wp14:editId="29B01CD6">
          <wp:simplePos x="0" y="0"/>
          <wp:positionH relativeFrom="margin">
            <wp:align>right</wp:align>
          </wp:positionH>
          <wp:positionV relativeFrom="paragraph">
            <wp:posOffset>-441960</wp:posOffset>
          </wp:positionV>
          <wp:extent cx="6876415" cy="561975"/>
          <wp:effectExtent l="0" t="0" r="635" b="9525"/>
          <wp:wrapNone/>
          <wp:docPr id="803283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837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292747"/>
    <w:multiLevelType w:val="hybridMultilevel"/>
    <w:tmpl w:val="BA5A8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509150">
    <w:abstractNumId w:val="8"/>
  </w:num>
  <w:num w:numId="2" w16cid:durableId="480317528">
    <w:abstractNumId w:val="6"/>
  </w:num>
  <w:num w:numId="3" w16cid:durableId="705132837">
    <w:abstractNumId w:val="5"/>
  </w:num>
  <w:num w:numId="4" w16cid:durableId="3821319">
    <w:abstractNumId w:val="4"/>
  </w:num>
  <w:num w:numId="5" w16cid:durableId="2004702010">
    <w:abstractNumId w:val="7"/>
  </w:num>
  <w:num w:numId="6" w16cid:durableId="469640722">
    <w:abstractNumId w:val="3"/>
  </w:num>
  <w:num w:numId="7" w16cid:durableId="726151837">
    <w:abstractNumId w:val="2"/>
  </w:num>
  <w:num w:numId="8" w16cid:durableId="94132484">
    <w:abstractNumId w:val="1"/>
  </w:num>
  <w:num w:numId="9" w16cid:durableId="767969547">
    <w:abstractNumId w:val="0"/>
  </w:num>
  <w:num w:numId="10" w16cid:durableId="608658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EC7AB85-54B1-41CD-8702-39227FF893A8}"/>
  </w:docVars>
  <w:rsids>
    <w:rsidRoot w:val="00B47730"/>
    <w:rsid w:val="00030EAA"/>
    <w:rsid w:val="00034616"/>
    <w:rsid w:val="000517C1"/>
    <w:rsid w:val="0006063C"/>
    <w:rsid w:val="00071A9F"/>
    <w:rsid w:val="000B2AA8"/>
    <w:rsid w:val="000C1679"/>
    <w:rsid w:val="00110BD0"/>
    <w:rsid w:val="00126870"/>
    <w:rsid w:val="0015074B"/>
    <w:rsid w:val="00155D96"/>
    <w:rsid w:val="001A26C7"/>
    <w:rsid w:val="001D6192"/>
    <w:rsid w:val="001F5FAD"/>
    <w:rsid w:val="002017C8"/>
    <w:rsid w:val="00233176"/>
    <w:rsid w:val="00244464"/>
    <w:rsid w:val="0029639D"/>
    <w:rsid w:val="002A6134"/>
    <w:rsid w:val="002D0E91"/>
    <w:rsid w:val="00326F90"/>
    <w:rsid w:val="0035692E"/>
    <w:rsid w:val="003D6130"/>
    <w:rsid w:val="003E119D"/>
    <w:rsid w:val="0044569D"/>
    <w:rsid w:val="00474C08"/>
    <w:rsid w:val="004B223E"/>
    <w:rsid w:val="004F5C48"/>
    <w:rsid w:val="00504E73"/>
    <w:rsid w:val="005A65B4"/>
    <w:rsid w:val="005D2514"/>
    <w:rsid w:val="006C1C2B"/>
    <w:rsid w:val="006C2221"/>
    <w:rsid w:val="006D2857"/>
    <w:rsid w:val="006E0917"/>
    <w:rsid w:val="006F4B90"/>
    <w:rsid w:val="00733D59"/>
    <w:rsid w:val="00750146"/>
    <w:rsid w:val="0079012E"/>
    <w:rsid w:val="007D6C7A"/>
    <w:rsid w:val="007D7206"/>
    <w:rsid w:val="008450FD"/>
    <w:rsid w:val="00865DB5"/>
    <w:rsid w:val="008C5736"/>
    <w:rsid w:val="009421A0"/>
    <w:rsid w:val="009822D5"/>
    <w:rsid w:val="009A5A2A"/>
    <w:rsid w:val="009B3198"/>
    <w:rsid w:val="009F5FBC"/>
    <w:rsid w:val="00A009C6"/>
    <w:rsid w:val="00A268FF"/>
    <w:rsid w:val="00A6021B"/>
    <w:rsid w:val="00A704B0"/>
    <w:rsid w:val="00A963FD"/>
    <w:rsid w:val="00A9791A"/>
    <w:rsid w:val="00AA1D8D"/>
    <w:rsid w:val="00B14846"/>
    <w:rsid w:val="00B1799B"/>
    <w:rsid w:val="00B30291"/>
    <w:rsid w:val="00B47730"/>
    <w:rsid w:val="00B6537A"/>
    <w:rsid w:val="00B678DC"/>
    <w:rsid w:val="00B800C2"/>
    <w:rsid w:val="00B950F3"/>
    <w:rsid w:val="00B97DF7"/>
    <w:rsid w:val="00BF5A0D"/>
    <w:rsid w:val="00C13878"/>
    <w:rsid w:val="00C41C95"/>
    <w:rsid w:val="00C63178"/>
    <w:rsid w:val="00C95085"/>
    <w:rsid w:val="00C9603E"/>
    <w:rsid w:val="00CB0664"/>
    <w:rsid w:val="00CC414F"/>
    <w:rsid w:val="00CF7593"/>
    <w:rsid w:val="00D10930"/>
    <w:rsid w:val="00D610E5"/>
    <w:rsid w:val="00E57C64"/>
    <w:rsid w:val="00E719B3"/>
    <w:rsid w:val="00F245CA"/>
    <w:rsid w:val="00F67C96"/>
    <w:rsid w:val="00F935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86B16"/>
  <w14:defaultImageDpi w14:val="330"/>
  <w15:docId w15:val="{6E898DCD-E18B-451E-9B3D-674F8112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Calibri" w:hAnsi="Calibri"/>
      <w:color w:val="2D3748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337D05B-0049-4E0B-A8E6-3B498F2AA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C7AB85-54B1-41CD-8702-39227FF893A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4558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Aneta</cp:lastModifiedBy>
  <cp:revision>2</cp:revision>
  <cp:lastPrinted>2026-09-07T13:15:00Z</cp:lastPrinted>
  <dcterms:created xsi:type="dcterms:W3CDTF">2026-09-08T06:43:00Z</dcterms:created>
  <dcterms:modified xsi:type="dcterms:W3CDTF">2026-09-08T06:43:00Z</dcterms:modified>
  <cp:category/>
</cp:coreProperties>
</file>